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552AC" w14:textId="77777777" w:rsidR="000F24C6" w:rsidRDefault="00000000">
      <w:pPr>
        <w:pStyle w:val="Title"/>
        <w:jc w:val="center"/>
      </w:pPr>
      <w:r>
        <w:t>Vendor Business Classification Certification and Documentation</w:t>
      </w:r>
    </w:p>
    <w:p w14:paraId="091185E7" w14:textId="77777777" w:rsidR="000F24C6" w:rsidRDefault="00000000">
      <w:pPr>
        <w:spacing w:after="160"/>
        <w:jc w:val="center"/>
      </w:pPr>
      <w:r>
        <w:rPr>
          <w:i/>
          <w:sz w:val="22"/>
        </w:rPr>
        <w:t>To be completed and submitted by the responding vendor</w:t>
      </w:r>
    </w:p>
    <w:tbl>
      <w:tblPr>
        <w:tblW w:w="0" w:type="auto"/>
        <w:jc w:val="center"/>
        <w:tblLayout w:type="fixed"/>
        <w:tblLook w:val="04A0" w:firstRow="1" w:lastRow="0" w:firstColumn="1" w:lastColumn="0" w:noHBand="0" w:noVBand="1"/>
      </w:tblPr>
      <w:tblGrid>
        <w:gridCol w:w="1656"/>
        <w:gridCol w:w="3672"/>
        <w:gridCol w:w="1656"/>
        <w:gridCol w:w="3672"/>
      </w:tblGrid>
      <w:tr w:rsidR="000F24C6" w14:paraId="7FC343F3" w14:textId="77777777">
        <w:trPr>
          <w:jc w:val="center"/>
        </w:trPr>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004A9450" w14:textId="77777777" w:rsidR="000F24C6" w:rsidRPr="007F7378" w:rsidRDefault="00000000">
            <w:pPr>
              <w:spacing w:after="0"/>
              <w:rPr>
                <w:sz w:val="22"/>
                <w:szCs w:val="24"/>
              </w:rPr>
            </w:pPr>
            <w:r w:rsidRPr="007F7378">
              <w:rPr>
                <w:b/>
                <w:sz w:val="22"/>
                <w:szCs w:val="24"/>
              </w:rPr>
              <w:t>Organization:</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482866AD" w14:textId="77777777" w:rsidR="000F24C6" w:rsidRDefault="00000000">
            <w:pPr>
              <w:spacing w:after="0"/>
            </w:pPr>
            <w:r>
              <w:rPr>
                <w:sz w:val="21"/>
              </w:rPr>
              <w:t>[Organization Name]</w:t>
            </w:r>
          </w:p>
        </w:tc>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50F7DBBB" w14:textId="77777777" w:rsidR="000F24C6" w:rsidRPr="007F7378" w:rsidRDefault="00000000">
            <w:pPr>
              <w:spacing w:after="0"/>
              <w:rPr>
                <w:sz w:val="22"/>
                <w:szCs w:val="24"/>
              </w:rPr>
            </w:pPr>
            <w:r w:rsidRPr="007F7378">
              <w:rPr>
                <w:b/>
                <w:sz w:val="22"/>
                <w:szCs w:val="24"/>
              </w:rPr>
              <w:t>Solicitation No.:</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4FB577D7" w14:textId="77777777" w:rsidR="000F24C6" w:rsidRDefault="00000000">
            <w:pPr>
              <w:spacing w:after="0"/>
            </w:pPr>
            <w:r>
              <w:rPr>
                <w:sz w:val="21"/>
              </w:rPr>
              <w:t>________________________</w:t>
            </w:r>
          </w:p>
        </w:tc>
      </w:tr>
      <w:tr w:rsidR="000F24C6" w14:paraId="6888F8E3" w14:textId="77777777">
        <w:trPr>
          <w:jc w:val="center"/>
        </w:trPr>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0112C11C" w14:textId="77777777" w:rsidR="000F24C6" w:rsidRPr="007F7378" w:rsidRDefault="00000000">
            <w:pPr>
              <w:spacing w:after="0"/>
              <w:rPr>
                <w:sz w:val="22"/>
                <w:szCs w:val="24"/>
              </w:rPr>
            </w:pPr>
            <w:r w:rsidRPr="007F7378">
              <w:rPr>
                <w:b/>
                <w:sz w:val="22"/>
                <w:szCs w:val="24"/>
              </w:rPr>
              <w:t>Solicitation Title:</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4786FE27" w14:textId="77777777" w:rsidR="000F24C6" w:rsidRDefault="00000000">
            <w:pPr>
              <w:spacing w:after="0"/>
            </w:pPr>
            <w:r>
              <w:rPr>
                <w:sz w:val="21"/>
              </w:rPr>
              <w:t>________________________</w:t>
            </w:r>
          </w:p>
        </w:tc>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20D0F3BD" w14:textId="77777777" w:rsidR="000F24C6" w:rsidRPr="007F7378" w:rsidRDefault="00000000">
            <w:pPr>
              <w:spacing w:after="0"/>
              <w:rPr>
                <w:sz w:val="22"/>
                <w:szCs w:val="24"/>
              </w:rPr>
            </w:pPr>
            <w:r w:rsidRPr="007F7378">
              <w:rPr>
                <w:b/>
                <w:sz w:val="22"/>
                <w:szCs w:val="24"/>
              </w:rPr>
              <w:t>Proposal Due Date:</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0B23693D" w14:textId="77777777" w:rsidR="000F24C6" w:rsidRDefault="00000000">
            <w:pPr>
              <w:spacing w:after="0"/>
            </w:pPr>
            <w:r>
              <w:rPr>
                <w:sz w:val="21"/>
              </w:rPr>
              <w:t>________________________</w:t>
            </w:r>
          </w:p>
        </w:tc>
      </w:tr>
    </w:tbl>
    <w:p w14:paraId="69C1115A" w14:textId="77777777" w:rsidR="000F24C6" w:rsidRDefault="000F24C6">
      <w:pPr>
        <w:spacing w:after="0"/>
      </w:pPr>
    </w:p>
    <w:p w14:paraId="2EC39153" w14:textId="77777777" w:rsidR="000F24C6" w:rsidRDefault="00000000">
      <w:pPr>
        <w:spacing w:before="80" w:after="160"/>
      </w:pPr>
      <w:r>
        <w:rPr>
          <w:b/>
          <w:color w:val="1F4E78"/>
        </w:rPr>
        <w:t xml:space="preserve">Regulatory basis: </w:t>
      </w:r>
      <w:r>
        <w:t>2 CFR 200.321. The regulation directs recipients and subrecipients, when possible, to ensure that small businesses, minority businesses, women's business enterprises, veteran-owned businesses, and labor surplus area firms are considered in federally funded procurement activities.</w:t>
      </w:r>
    </w:p>
    <w:tbl>
      <w:tblPr>
        <w:tblW w:w="0" w:type="auto"/>
        <w:jc w:val="center"/>
        <w:tblLook w:val="04A0" w:firstRow="1" w:lastRow="0" w:firstColumn="1" w:lastColumn="0" w:noHBand="0" w:noVBand="1"/>
      </w:tblPr>
      <w:tblGrid>
        <w:gridCol w:w="10080"/>
      </w:tblGrid>
      <w:tr w:rsidR="000F24C6" w14:paraId="33867A96" w14:textId="77777777">
        <w:trPr>
          <w:jc w:val="center"/>
        </w:trPr>
        <w:tc>
          <w:tcPr>
            <w:tcW w:w="10080" w:type="dxa"/>
            <w:tcBorders>
              <w:top w:val="single" w:sz="8" w:space="0" w:color="1F4E78"/>
              <w:left w:val="single" w:sz="8" w:space="0" w:color="1F4E78"/>
              <w:bottom w:val="single" w:sz="8" w:space="0" w:color="1F4E78"/>
              <w:right w:val="single" w:sz="8" w:space="0" w:color="1F4E78"/>
            </w:tcBorders>
            <w:shd w:val="clear" w:color="auto" w:fill="EEF5FA"/>
            <w:tcMar>
              <w:top w:w="120" w:type="dxa"/>
              <w:left w:w="140" w:type="dxa"/>
              <w:bottom w:w="120" w:type="dxa"/>
              <w:right w:w="140" w:type="dxa"/>
            </w:tcMar>
          </w:tcPr>
          <w:p w14:paraId="1FAAD8A6" w14:textId="77777777" w:rsidR="000F24C6" w:rsidRDefault="00000000">
            <w:pPr>
              <w:spacing w:after="60"/>
            </w:pPr>
            <w:r>
              <w:rPr>
                <w:b/>
                <w:color w:val="1F4E78"/>
              </w:rPr>
              <w:t>Instructions</w:t>
            </w:r>
          </w:p>
          <w:p w14:paraId="78461452" w14:textId="77777777" w:rsidR="000F24C6" w:rsidRDefault="00000000">
            <w:pPr>
              <w:spacing w:after="0"/>
            </w:pPr>
            <w:r>
              <w:t>Select every classification that applies. Attach current proof issued by an appropriate governmental or recognized certifying authority, or other documentation sufficient for the organization to validate the representation. A vendor that does not qualify for any listed classification must select the final option and sign the certification.</w:t>
            </w:r>
          </w:p>
        </w:tc>
      </w:tr>
    </w:tbl>
    <w:p w14:paraId="49199C71" w14:textId="77777777" w:rsidR="000F24C6" w:rsidRDefault="00000000">
      <w:pPr>
        <w:pStyle w:val="Heading1"/>
      </w:pPr>
      <w:r>
        <w:t>Vendor Information</w:t>
      </w:r>
    </w:p>
    <w:tbl>
      <w:tblPr>
        <w:tblW w:w="0" w:type="auto"/>
        <w:jc w:val="center"/>
        <w:tblLayout w:type="fixed"/>
        <w:tblLook w:val="04A0" w:firstRow="1" w:lastRow="0" w:firstColumn="1" w:lastColumn="0" w:noHBand="0" w:noVBand="1"/>
      </w:tblPr>
      <w:tblGrid>
        <w:gridCol w:w="2880"/>
        <w:gridCol w:w="7632"/>
      </w:tblGrid>
      <w:tr w:rsidR="000F24C6" w14:paraId="2E558892"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76936D9E" w14:textId="77777777" w:rsidR="000F24C6" w:rsidRDefault="00000000">
            <w:pPr>
              <w:spacing w:after="0"/>
            </w:pPr>
            <w:r>
              <w:rPr>
                <w:b/>
              </w:rPr>
              <w:t>Vendor Legal Name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10E14D0C" w14:textId="77777777" w:rsidR="000F24C6" w:rsidRDefault="00000000">
            <w:pPr>
              <w:spacing w:after="0"/>
            </w:pPr>
            <w:r>
              <w:t>____________________________________________________________</w:t>
            </w:r>
          </w:p>
        </w:tc>
      </w:tr>
      <w:tr w:rsidR="000F24C6" w14:paraId="593B925C"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22652042" w14:textId="77777777" w:rsidR="000F24C6" w:rsidRDefault="00000000">
            <w:pPr>
              <w:spacing w:after="0"/>
            </w:pPr>
            <w:r>
              <w:rPr>
                <w:b/>
              </w:rPr>
              <w:t>Primary Business Address</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1C9347F0" w14:textId="77777777" w:rsidR="000F24C6" w:rsidRDefault="00000000">
            <w:pPr>
              <w:spacing w:after="0"/>
            </w:pPr>
            <w:r>
              <w:t>____________________________________________________________</w:t>
            </w:r>
          </w:p>
        </w:tc>
      </w:tr>
      <w:tr w:rsidR="000F24C6" w14:paraId="6A8D5594"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5D6ABAE5" w14:textId="77777777" w:rsidR="000F24C6" w:rsidRDefault="00000000">
            <w:pPr>
              <w:spacing w:after="0"/>
            </w:pPr>
            <w:r>
              <w:rPr>
                <w:b/>
              </w:rPr>
              <w:t>UEI (if applicable)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6290DD79" w14:textId="77777777" w:rsidR="000F24C6" w:rsidRDefault="00000000">
            <w:pPr>
              <w:spacing w:after="0"/>
            </w:pPr>
            <w:r>
              <w:t>____________________________________________________________</w:t>
            </w:r>
          </w:p>
        </w:tc>
      </w:tr>
      <w:tr w:rsidR="000F24C6" w14:paraId="6F992100"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4B18FAD0" w14:textId="77777777" w:rsidR="000F24C6" w:rsidRDefault="00000000">
            <w:pPr>
              <w:spacing w:after="0"/>
            </w:pPr>
            <w:r>
              <w:rPr>
                <w:b/>
              </w:rPr>
              <w:t>NAICS Code(s)</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185AD48F" w14:textId="77777777" w:rsidR="000F24C6" w:rsidRDefault="00000000">
            <w:pPr>
              <w:spacing w:after="0"/>
            </w:pPr>
            <w:r>
              <w:t>____________________________________________________________</w:t>
            </w:r>
          </w:p>
        </w:tc>
      </w:tr>
    </w:tbl>
    <w:p w14:paraId="6093FFE6" w14:textId="77777777" w:rsidR="000F24C6" w:rsidRDefault="00000000">
      <w:pPr>
        <w:pStyle w:val="Heading1"/>
      </w:pPr>
      <w:r>
        <w:t>Business Classification</w:t>
      </w:r>
    </w:p>
    <w:tbl>
      <w:tblPr>
        <w:tblW w:w="0" w:type="auto"/>
        <w:jc w:val="center"/>
        <w:tblLayout w:type="fixed"/>
        <w:tblLook w:val="04A0" w:firstRow="1" w:lastRow="0" w:firstColumn="1" w:lastColumn="0" w:noHBand="0" w:noVBand="1"/>
      </w:tblPr>
      <w:tblGrid>
        <w:gridCol w:w="5040"/>
        <w:gridCol w:w="5904"/>
      </w:tblGrid>
      <w:tr w:rsidR="000F24C6" w14:paraId="5DBF7ECE" w14:textId="77777777">
        <w:trPr>
          <w:tblHeader/>
          <w:jc w:val="center"/>
        </w:trPr>
        <w:tc>
          <w:tcPr>
            <w:tcW w:w="5040" w:type="dxa"/>
            <w:shd w:val="clear" w:color="auto" w:fill="1F4E78"/>
          </w:tcPr>
          <w:p w14:paraId="28CD00FC" w14:textId="77777777" w:rsidR="000F24C6" w:rsidRDefault="00000000">
            <w:r>
              <w:rPr>
                <w:b/>
                <w:color w:val="FFFFFF"/>
              </w:rPr>
              <w:t>Classification</w:t>
            </w:r>
          </w:p>
        </w:tc>
        <w:tc>
          <w:tcPr>
            <w:tcW w:w="5040" w:type="dxa"/>
            <w:shd w:val="clear" w:color="auto" w:fill="1F4E78"/>
          </w:tcPr>
          <w:p w14:paraId="5BAB82A3" w14:textId="77777777" w:rsidR="000F24C6" w:rsidRDefault="00000000">
            <w:r>
              <w:rPr>
                <w:b/>
                <w:color w:val="FFFFFF"/>
              </w:rPr>
              <w:t>Documentation / Certification Information</w:t>
            </w:r>
          </w:p>
        </w:tc>
      </w:tr>
      <w:tr w:rsidR="000F24C6" w14:paraId="6B564ACA" w14:textId="77777777">
        <w:trPr>
          <w:jc w:val="center"/>
        </w:trPr>
        <w:tc>
          <w:tcPr>
            <w:tcW w:w="4608" w:type="dxa"/>
            <w:tcBorders>
              <w:top w:val="single" w:sz="4" w:space="0" w:color="A9C4DA"/>
              <w:left w:val="single" w:sz="4" w:space="0" w:color="A9C4DA"/>
              <w:bottom w:val="single" w:sz="4" w:space="0" w:color="A9C4DA"/>
              <w:right w:val="single" w:sz="4" w:space="0" w:color="A9C4DA"/>
            </w:tcBorders>
            <w:tcMar>
              <w:top w:w="100" w:type="dxa"/>
              <w:left w:w="110" w:type="dxa"/>
              <w:bottom w:w="100" w:type="dxa"/>
              <w:right w:w="110" w:type="dxa"/>
            </w:tcMar>
          </w:tcPr>
          <w:p w14:paraId="16708BA4" w14:textId="77777777" w:rsidR="000F24C6" w:rsidRDefault="00000000">
            <w:r>
              <w:t>[ ] Small Business</w:t>
            </w:r>
          </w:p>
        </w:tc>
        <w:tc>
          <w:tcPr>
            <w:tcW w:w="5904" w:type="dxa"/>
            <w:tcBorders>
              <w:top w:val="single" w:sz="4" w:space="0" w:color="A9C4DA"/>
              <w:left w:val="single" w:sz="4" w:space="0" w:color="A9C4DA"/>
              <w:bottom w:val="single" w:sz="4" w:space="0" w:color="A9C4DA"/>
              <w:right w:val="single" w:sz="4" w:space="0" w:color="A9C4DA"/>
            </w:tcBorders>
            <w:tcMar>
              <w:top w:w="100" w:type="dxa"/>
              <w:left w:w="110" w:type="dxa"/>
              <w:bottom w:w="100" w:type="dxa"/>
              <w:right w:w="110" w:type="dxa"/>
            </w:tcMar>
          </w:tcPr>
          <w:p w14:paraId="76A9CE25" w14:textId="3010A8C0" w:rsidR="000F24C6" w:rsidRDefault="00000000">
            <w:r>
              <w:t>Certification or basis: _______________________________________________</w:t>
            </w:r>
          </w:p>
        </w:tc>
      </w:tr>
      <w:tr w:rsidR="000F24C6" w14:paraId="10C931A2" w14:textId="77777777">
        <w:trPr>
          <w:jc w:val="center"/>
        </w:trPr>
        <w:tc>
          <w:tcPr>
            <w:tcW w:w="4608" w:type="dxa"/>
            <w:tcBorders>
              <w:top w:val="single" w:sz="4" w:space="0" w:color="A9C4DA"/>
              <w:left w:val="single" w:sz="4" w:space="0" w:color="A9C4DA"/>
              <w:bottom w:val="single" w:sz="4" w:space="0" w:color="A9C4DA"/>
              <w:right w:val="single" w:sz="4" w:space="0" w:color="A9C4DA"/>
            </w:tcBorders>
            <w:tcMar>
              <w:top w:w="100" w:type="dxa"/>
              <w:left w:w="110" w:type="dxa"/>
              <w:bottom w:w="100" w:type="dxa"/>
              <w:right w:w="110" w:type="dxa"/>
            </w:tcMar>
          </w:tcPr>
          <w:p w14:paraId="68801035" w14:textId="77777777" w:rsidR="000F24C6" w:rsidRDefault="00000000">
            <w:r>
              <w:t>[ ] Minority-Owned Business</w:t>
            </w:r>
          </w:p>
        </w:tc>
        <w:tc>
          <w:tcPr>
            <w:tcW w:w="5904" w:type="dxa"/>
            <w:tcBorders>
              <w:top w:val="single" w:sz="4" w:space="0" w:color="A9C4DA"/>
              <w:left w:val="single" w:sz="4" w:space="0" w:color="A9C4DA"/>
              <w:bottom w:val="single" w:sz="4" w:space="0" w:color="A9C4DA"/>
              <w:right w:val="single" w:sz="4" w:space="0" w:color="A9C4DA"/>
            </w:tcBorders>
            <w:tcMar>
              <w:top w:w="100" w:type="dxa"/>
              <w:left w:w="110" w:type="dxa"/>
              <w:bottom w:w="100" w:type="dxa"/>
              <w:right w:w="110" w:type="dxa"/>
            </w:tcMar>
          </w:tcPr>
          <w:p w14:paraId="13FA9F97" w14:textId="0FC6F436" w:rsidR="000F24C6" w:rsidRDefault="00000000">
            <w:r>
              <w:t>Certifying entity / certificate no.: __________________________________</w:t>
            </w:r>
            <w:r w:rsidR="007F7378">
              <w:t>____________</w:t>
            </w:r>
            <w:r>
              <w:t>_</w:t>
            </w:r>
          </w:p>
        </w:tc>
      </w:tr>
      <w:tr w:rsidR="000F24C6" w14:paraId="01060F6F" w14:textId="77777777">
        <w:trPr>
          <w:jc w:val="center"/>
        </w:trPr>
        <w:tc>
          <w:tcPr>
            <w:tcW w:w="4608" w:type="dxa"/>
            <w:tcBorders>
              <w:top w:val="single" w:sz="4" w:space="0" w:color="A9C4DA"/>
              <w:left w:val="single" w:sz="4" w:space="0" w:color="A9C4DA"/>
              <w:bottom w:val="single" w:sz="4" w:space="0" w:color="A9C4DA"/>
              <w:right w:val="single" w:sz="4" w:space="0" w:color="A9C4DA"/>
            </w:tcBorders>
            <w:tcMar>
              <w:top w:w="100" w:type="dxa"/>
              <w:left w:w="110" w:type="dxa"/>
              <w:bottom w:w="100" w:type="dxa"/>
              <w:right w:w="110" w:type="dxa"/>
            </w:tcMar>
          </w:tcPr>
          <w:p w14:paraId="1181DC29" w14:textId="77777777" w:rsidR="000F24C6" w:rsidRDefault="00000000">
            <w:r>
              <w:t>[ ] Women's Business Enterprise / Women-Owned Business</w:t>
            </w:r>
          </w:p>
        </w:tc>
        <w:tc>
          <w:tcPr>
            <w:tcW w:w="5904" w:type="dxa"/>
            <w:tcBorders>
              <w:top w:val="single" w:sz="4" w:space="0" w:color="A9C4DA"/>
              <w:left w:val="single" w:sz="4" w:space="0" w:color="A9C4DA"/>
              <w:bottom w:val="single" w:sz="4" w:space="0" w:color="A9C4DA"/>
              <w:right w:val="single" w:sz="4" w:space="0" w:color="A9C4DA"/>
            </w:tcBorders>
            <w:tcMar>
              <w:top w:w="100" w:type="dxa"/>
              <w:left w:w="110" w:type="dxa"/>
              <w:bottom w:w="100" w:type="dxa"/>
              <w:right w:w="110" w:type="dxa"/>
            </w:tcMar>
          </w:tcPr>
          <w:p w14:paraId="3DE7CF3C" w14:textId="7C62D583" w:rsidR="000F24C6" w:rsidRDefault="00000000">
            <w:r>
              <w:t>Certifying entity / certificate no.: ____________________________</w:t>
            </w:r>
            <w:r w:rsidR="007F7378">
              <w:t>____________</w:t>
            </w:r>
            <w:r>
              <w:t>_______</w:t>
            </w:r>
          </w:p>
        </w:tc>
      </w:tr>
      <w:tr w:rsidR="000F24C6" w14:paraId="4F07E139" w14:textId="77777777">
        <w:trPr>
          <w:jc w:val="center"/>
        </w:trPr>
        <w:tc>
          <w:tcPr>
            <w:tcW w:w="4608" w:type="dxa"/>
            <w:tcBorders>
              <w:top w:val="single" w:sz="4" w:space="0" w:color="A9C4DA"/>
              <w:left w:val="single" w:sz="4" w:space="0" w:color="A9C4DA"/>
              <w:bottom w:val="single" w:sz="4" w:space="0" w:color="A9C4DA"/>
              <w:right w:val="single" w:sz="4" w:space="0" w:color="A9C4DA"/>
            </w:tcBorders>
            <w:tcMar>
              <w:top w:w="100" w:type="dxa"/>
              <w:left w:w="110" w:type="dxa"/>
              <w:bottom w:w="100" w:type="dxa"/>
              <w:right w:w="110" w:type="dxa"/>
            </w:tcMar>
          </w:tcPr>
          <w:p w14:paraId="608AD89C" w14:textId="77777777" w:rsidR="000F24C6" w:rsidRDefault="00000000">
            <w:r>
              <w:t>[ ] Veteran-Owned Business</w:t>
            </w:r>
          </w:p>
        </w:tc>
        <w:tc>
          <w:tcPr>
            <w:tcW w:w="5904" w:type="dxa"/>
            <w:tcBorders>
              <w:top w:val="single" w:sz="4" w:space="0" w:color="A9C4DA"/>
              <w:left w:val="single" w:sz="4" w:space="0" w:color="A9C4DA"/>
              <w:bottom w:val="single" w:sz="4" w:space="0" w:color="A9C4DA"/>
              <w:right w:val="single" w:sz="4" w:space="0" w:color="A9C4DA"/>
            </w:tcBorders>
            <w:tcMar>
              <w:top w:w="100" w:type="dxa"/>
              <w:left w:w="110" w:type="dxa"/>
              <w:bottom w:w="100" w:type="dxa"/>
              <w:right w:w="110" w:type="dxa"/>
            </w:tcMar>
          </w:tcPr>
          <w:p w14:paraId="49A4B6DC" w14:textId="69EC9410" w:rsidR="000F24C6" w:rsidRDefault="00000000">
            <w:r>
              <w:t>Certifying entity / certificate no.: ____________________________</w:t>
            </w:r>
            <w:r w:rsidR="007F7378">
              <w:t>____________</w:t>
            </w:r>
            <w:r>
              <w:t>_______</w:t>
            </w:r>
          </w:p>
        </w:tc>
      </w:tr>
      <w:tr w:rsidR="000F24C6" w14:paraId="56897B25" w14:textId="77777777">
        <w:trPr>
          <w:jc w:val="center"/>
        </w:trPr>
        <w:tc>
          <w:tcPr>
            <w:tcW w:w="4608" w:type="dxa"/>
            <w:tcBorders>
              <w:top w:val="single" w:sz="4" w:space="0" w:color="A9C4DA"/>
              <w:left w:val="single" w:sz="4" w:space="0" w:color="A9C4DA"/>
              <w:bottom w:val="single" w:sz="4" w:space="0" w:color="A9C4DA"/>
              <w:right w:val="single" w:sz="4" w:space="0" w:color="A9C4DA"/>
            </w:tcBorders>
            <w:tcMar>
              <w:top w:w="100" w:type="dxa"/>
              <w:left w:w="110" w:type="dxa"/>
              <w:bottom w:w="100" w:type="dxa"/>
              <w:right w:w="110" w:type="dxa"/>
            </w:tcMar>
          </w:tcPr>
          <w:p w14:paraId="7C583699" w14:textId="77777777" w:rsidR="000F24C6" w:rsidRDefault="00000000">
            <w:r>
              <w:t>[ ] Labor Surplus Area Firm</w:t>
            </w:r>
          </w:p>
        </w:tc>
        <w:tc>
          <w:tcPr>
            <w:tcW w:w="5904" w:type="dxa"/>
            <w:tcBorders>
              <w:top w:val="single" w:sz="4" w:space="0" w:color="A9C4DA"/>
              <w:left w:val="single" w:sz="4" w:space="0" w:color="A9C4DA"/>
              <w:bottom w:val="single" w:sz="4" w:space="0" w:color="A9C4DA"/>
              <w:right w:val="single" w:sz="4" w:space="0" w:color="A9C4DA"/>
            </w:tcBorders>
            <w:tcMar>
              <w:top w:w="100" w:type="dxa"/>
              <w:left w:w="110" w:type="dxa"/>
              <w:bottom w:w="100" w:type="dxa"/>
              <w:right w:w="110" w:type="dxa"/>
            </w:tcMar>
          </w:tcPr>
          <w:p w14:paraId="5F338530" w14:textId="6C0C9EB4" w:rsidR="000F24C6" w:rsidRDefault="00000000">
            <w:r>
              <w:t>Applicable labor surplus area and supporting basis: ____________________</w:t>
            </w:r>
            <w:r w:rsidR="007F7378">
              <w:t>__________________________</w:t>
            </w:r>
            <w:r>
              <w:t>_</w:t>
            </w:r>
          </w:p>
        </w:tc>
      </w:tr>
      <w:tr w:rsidR="000F24C6" w14:paraId="0849949B" w14:textId="77777777">
        <w:trPr>
          <w:jc w:val="center"/>
        </w:trPr>
        <w:tc>
          <w:tcPr>
            <w:tcW w:w="4608" w:type="dxa"/>
            <w:tcBorders>
              <w:top w:val="single" w:sz="4" w:space="0" w:color="A9C4DA"/>
              <w:left w:val="single" w:sz="4" w:space="0" w:color="A9C4DA"/>
              <w:bottom w:val="single" w:sz="4" w:space="0" w:color="A9C4DA"/>
              <w:right w:val="single" w:sz="4" w:space="0" w:color="A9C4DA"/>
            </w:tcBorders>
            <w:tcMar>
              <w:top w:w="100" w:type="dxa"/>
              <w:left w:w="110" w:type="dxa"/>
              <w:bottom w:w="100" w:type="dxa"/>
              <w:right w:w="110" w:type="dxa"/>
            </w:tcMar>
          </w:tcPr>
          <w:p w14:paraId="73462C2E" w14:textId="77777777" w:rsidR="000F24C6" w:rsidRDefault="00000000">
            <w:r>
              <w:lastRenderedPageBreak/>
              <w:t>[ ] None of the classifications above apply to this vendor.</w:t>
            </w:r>
          </w:p>
        </w:tc>
        <w:tc>
          <w:tcPr>
            <w:tcW w:w="5904" w:type="dxa"/>
            <w:tcBorders>
              <w:top w:val="single" w:sz="4" w:space="0" w:color="A9C4DA"/>
              <w:left w:val="single" w:sz="4" w:space="0" w:color="A9C4DA"/>
              <w:bottom w:val="single" w:sz="4" w:space="0" w:color="A9C4DA"/>
              <w:right w:val="single" w:sz="4" w:space="0" w:color="A9C4DA"/>
            </w:tcBorders>
            <w:tcMar>
              <w:top w:w="100" w:type="dxa"/>
              <w:left w:w="110" w:type="dxa"/>
              <w:bottom w:w="100" w:type="dxa"/>
              <w:right w:w="110" w:type="dxa"/>
            </w:tcMar>
          </w:tcPr>
          <w:p w14:paraId="6619D692" w14:textId="77777777" w:rsidR="000F24C6" w:rsidRDefault="00000000">
            <w:r>
              <w:t>No supporting certification is attached.</w:t>
            </w:r>
          </w:p>
        </w:tc>
      </w:tr>
    </w:tbl>
    <w:p w14:paraId="09D6B190" w14:textId="77777777" w:rsidR="000F24C6" w:rsidRDefault="00000000">
      <w:pPr>
        <w:pStyle w:val="Heading1"/>
      </w:pPr>
      <w:r>
        <w:t>Attached Proof</w:t>
      </w:r>
    </w:p>
    <w:tbl>
      <w:tblPr>
        <w:tblW w:w="0" w:type="auto"/>
        <w:jc w:val="center"/>
        <w:tblLayout w:type="fixed"/>
        <w:tblLook w:val="04A0" w:firstRow="1" w:lastRow="0" w:firstColumn="1" w:lastColumn="0" w:noHBand="0" w:noVBand="1"/>
      </w:tblPr>
      <w:tblGrid>
        <w:gridCol w:w="2880"/>
        <w:gridCol w:w="2376"/>
        <w:gridCol w:w="5256"/>
        <w:gridCol w:w="50"/>
      </w:tblGrid>
      <w:tr w:rsidR="000F24C6" w14:paraId="2D09CBEB" w14:textId="77777777">
        <w:trPr>
          <w:jc w:val="center"/>
        </w:trPr>
        <w:tc>
          <w:tcPr>
            <w:tcW w:w="5256" w:type="dxa"/>
            <w:gridSpan w:val="2"/>
            <w:tcMar>
              <w:top w:w="40" w:type="dxa"/>
              <w:left w:w="60" w:type="dxa"/>
              <w:bottom w:w="40" w:type="dxa"/>
              <w:right w:w="60" w:type="dxa"/>
            </w:tcMar>
          </w:tcPr>
          <w:p w14:paraId="0C669E15" w14:textId="77777777" w:rsidR="000F24C6" w:rsidRDefault="00000000">
            <w:pPr>
              <w:spacing w:after="0"/>
            </w:pPr>
            <w:r>
              <w:t>[ ] Government-issued certification</w:t>
            </w:r>
          </w:p>
        </w:tc>
        <w:tc>
          <w:tcPr>
            <w:tcW w:w="5256" w:type="dxa"/>
            <w:gridSpan w:val="2"/>
            <w:tcMar>
              <w:top w:w="40" w:type="dxa"/>
              <w:left w:w="60" w:type="dxa"/>
              <w:bottom w:w="40" w:type="dxa"/>
              <w:right w:w="60" w:type="dxa"/>
            </w:tcMar>
          </w:tcPr>
          <w:p w14:paraId="57CB4B04" w14:textId="77777777" w:rsidR="000F24C6" w:rsidRDefault="00000000">
            <w:pPr>
              <w:spacing w:after="0"/>
            </w:pPr>
            <w:r>
              <w:t>[ ] Third-party certification</w:t>
            </w:r>
          </w:p>
        </w:tc>
      </w:tr>
      <w:tr w:rsidR="000F24C6" w14:paraId="2A6C747D" w14:textId="77777777">
        <w:trPr>
          <w:jc w:val="center"/>
        </w:trPr>
        <w:tc>
          <w:tcPr>
            <w:tcW w:w="5256" w:type="dxa"/>
            <w:gridSpan w:val="2"/>
            <w:tcMar>
              <w:top w:w="40" w:type="dxa"/>
              <w:left w:w="60" w:type="dxa"/>
              <w:bottom w:w="40" w:type="dxa"/>
              <w:right w:w="60" w:type="dxa"/>
            </w:tcMar>
          </w:tcPr>
          <w:p w14:paraId="6BE0CCB0" w14:textId="77777777" w:rsidR="000F24C6" w:rsidRDefault="00000000">
            <w:pPr>
              <w:spacing w:after="0"/>
            </w:pPr>
            <w:r>
              <w:t>[ ] SBA profile or certification</w:t>
            </w:r>
          </w:p>
        </w:tc>
        <w:tc>
          <w:tcPr>
            <w:tcW w:w="5256" w:type="dxa"/>
            <w:gridSpan w:val="2"/>
            <w:tcMar>
              <w:top w:w="40" w:type="dxa"/>
              <w:left w:w="60" w:type="dxa"/>
              <w:bottom w:w="40" w:type="dxa"/>
              <w:right w:w="60" w:type="dxa"/>
            </w:tcMar>
          </w:tcPr>
          <w:p w14:paraId="2A195F5E" w14:textId="77777777" w:rsidR="000F24C6" w:rsidRDefault="00000000">
            <w:pPr>
              <w:spacing w:after="0"/>
            </w:pPr>
            <w:r>
              <w:t>[ ] State or local certification</w:t>
            </w:r>
          </w:p>
        </w:tc>
      </w:tr>
      <w:tr w:rsidR="000F24C6" w14:paraId="489E6699" w14:textId="77777777">
        <w:trPr>
          <w:jc w:val="center"/>
        </w:trPr>
        <w:tc>
          <w:tcPr>
            <w:tcW w:w="5256" w:type="dxa"/>
            <w:gridSpan w:val="2"/>
            <w:tcMar>
              <w:top w:w="40" w:type="dxa"/>
              <w:left w:w="60" w:type="dxa"/>
              <w:bottom w:w="40" w:type="dxa"/>
              <w:right w:w="60" w:type="dxa"/>
            </w:tcMar>
          </w:tcPr>
          <w:p w14:paraId="1DBDA2FF" w14:textId="77777777" w:rsidR="000F24C6" w:rsidRDefault="00000000">
            <w:pPr>
              <w:spacing w:after="0"/>
            </w:pPr>
            <w:r>
              <w:t>[ ] U.S. Department of Labor labor surplus area documentation</w:t>
            </w:r>
          </w:p>
        </w:tc>
        <w:tc>
          <w:tcPr>
            <w:tcW w:w="5256" w:type="dxa"/>
            <w:gridSpan w:val="2"/>
            <w:tcMar>
              <w:top w:w="40" w:type="dxa"/>
              <w:left w:w="60" w:type="dxa"/>
              <w:bottom w:w="40" w:type="dxa"/>
              <w:right w:w="60" w:type="dxa"/>
            </w:tcMar>
          </w:tcPr>
          <w:p w14:paraId="0F22E456" w14:textId="77777777" w:rsidR="000F24C6" w:rsidRDefault="00000000">
            <w:pPr>
              <w:spacing w:after="0"/>
            </w:pPr>
            <w:r>
              <w:t>[ ] Ownership / formation records or other supporting evidence</w:t>
            </w:r>
          </w:p>
        </w:tc>
      </w:tr>
      <w:tr w:rsidR="000F24C6" w14:paraId="64E7D631" w14:textId="77777777">
        <w:trPr>
          <w:jc w:val="center"/>
        </w:trPr>
        <w:tc>
          <w:tcPr>
            <w:tcW w:w="5256" w:type="dxa"/>
            <w:gridSpan w:val="2"/>
            <w:tcMar>
              <w:top w:w="40" w:type="dxa"/>
              <w:left w:w="60" w:type="dxa"/>
              <w:bottom w:w="40" w:type="dxa"/>
              <w:right w:w="60" w:type="dxa"/>
            </w:tcMar>
          </w:tcPr>
          <w:p w14:paraId="7FD2CDA0" w14:textId="77777777" w:rsidR="000F24C6" w:rsidRDefault="00000000">
            <w:pPr>
              <w:spacing w:after="0"/>
            </w:pPr>
            <w:r>
              <w:t>[ ] Not applicable - vendor selected “None” above</w:t>
            </w:r>
          </w:p>
        </w:tc>
        <w:tc>
          <w:tcPr>
            <w:tcW w:w="5040" w:type="dxa"/>
            <w:gridSpan w:val="2"/>
          </w:tcPr>
          <w:p w14:paraId="55276F5B" w14:textId="77777777" w:rsidR="000F24C6" w:rsidRDefault="000F24C6"/>
        </w:tc>
      </w:tr>
      <w:tr w:rsidR="000F24C6" w14:paraId="20BC4C20" w14:textId="77777777">
        <w:trPr>
          <w:gridAfter w:val="1"/>
          <w:wAfter w:w="50" w:type="dxa"/>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2D10F15D" w14:textId="77777777" w:rsidR="000F24C6" w:rsidRDefault="00000000">
            <w:pPr>
              <w:spacing w:after="0"/>
            </w:pPr>
            <w:r>
              <w:rPr>
                <w:b/>
              </w:rPr>
              <w:t>Certifying Authority / Source</w:t>
            </w:r>
          </w:p>
        </w:tc>
        <w:tc>
          <w:tcPr>
            <w:tcW w:w="7632" w:type="dxa"/>
            <w:gridSpan w:val="2"/>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7E085546" w14:textId="77777777" w:rsidR="000F24C6" w:rsidRDefault="00000000">
            <w:pPr>
              <w:spacing w:after="0"/>
            </w:pPr>
            <w:r>
              <w:t>____________________________________________________________</w:t>
            </w:r>
          </w:p>
        </w:tc>
      </w:tr>
      <w:tr w:rsidR="000F24C6" w14:paraId="0CAE42D6" w14:textId="77777777">
        <w:trPr>
          <w:gridAfter w:val="1"/>
          <w:wAfter w:w="50" w:type="dxa"/>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72C13E77" w14:textId="77777777" w:rsidR="000F24C6" w:rsidRDefault="00000000">
            <w:pPr>
              <w:spacing w:after="0"/>
            </w:pPr>
            <w:r>
              <w:rPr>
                <w:b/>
              </w:rPr>
              <w:t>Certificate or Registration Number</w:t>
            </w:r>
          </w:p>
        </w:tc>
        <w:tc>
          <w:tcPr>
            <w:tcW w:w="7632" w:type="dxa"/>
            <w:gridSpan w:val="2"/>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7A864912" w14:textId="77777777" w:rsidR="000F24C6" w:rsidRDefault="00000000">
            <w:pPr>
              <w:spacing w:after="0"/>
            </w:pPr>
            <w:r>
              <w:t>____________________________________________________________</w:t>
            </w:r>
          </w:p>
        </w:tc>
      </w:tr>
      <w:tr w:rsidR="000F24C6" w14:paraId="611F8A36" w14:textId="77777777">
        <w:trPr>
          <w:gridAfter w:val="1"/>
          <w:wAfter w:w="50" w:type="dxa"/>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1446B2A2" w14:textId="77777777" w:rsidR="000F24C6" w:rsidRDefault="00000000">
            <w:pPr>
              <w:spacing w:after="0"/>
            </w:pPr>
            <w:r>
              <w:rPr>
                <w:b/>
              </w:rPr>
              <w:t>Effective / Expiration Date</w:t>
            </w:r>
          </w:p>
        </w:tc>
        <w:tc>
          <w:tcPr>
            <w:tcW w:w="7632" w:type="dxa"/>
            <w:gridSpan w:val="2"/>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773FAEBD" w14:textId="77777777" w:rsidR="000F24C6" w:rsidRDefault="00000000">
            <w:pPr>
              <w:spacing w:after="0"/>
            </w:pPr>
            <w:r>
              <w:t>____________________________________________________________</w:t>
            </w:r>
          </w:p>
        </w:tc>
      </w:tr>
      <w:tr w:rsidR="000F24C6" w14:paraId="32829D75" w14:textId="77777777">
        <w:trPr>
          <w:gridAfter w:val="1"/>
          <w:wAfter w:w="50" w:type="dxa"/>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120615B5" w14:textId="77777777" w:rsidR="000F24C6" w:rsidRDefault="00000000">
            <w:pPr>
              <w:spacing w:after="0"/>
            </w:pPr>
            <w:r>
              <w:rPr>
                <w:b/>
              </w:rPr>
              <w:t>Documentation Attached</w:t>
            </w:r>
          </w:p>
        </w:tc>
        <w:tc>
          <w:tcPr>
            <w:tcW w:w="7632" w:type="dxa"/>
            <w:gridSpan w:val="2"/>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0E7B7D4D" w14:textId="77777777" w:rsidR="000F24C6" w:rsidRDefault="00000000">
            <w:pPr>
              <w:spacing w:after="0"/>
            </w:pPr>
            <w:r>
              <w:t>[ ] Yes    [ ] No    [ ] Not Applicable</w:t>
            </w:r>
          </w:p>
        </w:tc>
      </w:tr>
    </w:tbl>
    <w:p w14:paraId="57DF6AF8" w14:textId="77777777" w:rsidR="000F24C6" w:rsidRDefault="00000000">
      <w:pPr>
        <w:pStyle w:val="Heading1"/>
      </w:pPr>
      <w:r>
        <w:t>Authorized Certification</w:t>
      </w:r>
    </w:p>
    <w:p w14:paraId="3117814A" w14:textId="77777777" w:rsidR="000F24C6" w:rsidRDefault="00000000">
      <w:pPr>
        <w:spacing w:after="160"/>
      </w:pPr>
      <w:r>
        <w:t>I certify that the classifications selected above are accurate as of the date signed, that attached proof is authentic and current to the best of my knowledge, and that the vendor will promptly notify the organization if its classification status changes before award or during contract performance.</w:t>
      </w:r>
    </w:p>
    <w:tbl>
      <w:tblPr>
        <w:tblW w:w="0" w:type="auto"/>
        <w:jc w:val="center"/>
        <w:tblLayout w:type="fixed"/>
        <w:tblLook w:val="04A0" w:firstRow="1" w:lastRow="0" w:firstColumn="1" w:lastColumn="0" w:noHBand="0" w:noVBand="1"/>
      </w:tblPr>
      <w:tblGrid>
        <w:gridCol w:w="2880"/>
        <w:gridCol w:w="7632"/>
      </w:tblGrid>
      <w:tr w:rsidR="000F24C6" w14:paraId="77C724C5"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6DC7BB83" w14:textId="77777777" w:rsidR="000F24C6" w:rsidRDefault="00000000">
            <w:pPr>
              <w:spacing w:after="0"/>
            </w:pPr>
            <w:r>
              <w:rPr>
                <w:b/>
              </w:rPr>
              <w:t>Vendor Legal Name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2271834F" w14:textId="77777777" w:rsidR="000F24C6" w:rsidRDefault="00000000">
            <w:pPr>
              <w:spacing w:after="0"/>
            </w:pPr>
            <w:r>
              <w:t>____________________________________________________________</w:t>
            </w:r>
          </w:p>
        </w:tc>
      </w:tr>
      <w:tr w:rsidR="000F24C6" w14:paraId="5167D2F4"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2DDA86D0" w14:textId="77777777" w:rsidR="000F24C6" w:rsidRDefault="00000000">
            <w:pPr>
              <w:spacing w:after="0"/>
            </w:pPr>
            <w:r>
              <w:rPr>
                <w:b/>
              </w:rPr>
              <w:t>Authorized Representative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3372AD1C" w14:textId="77777777" w:rsidR="000F24C6" w:rsidRDefault="00000000">
            <w:pPr>
              <w:spacing w:after="0"/>
            </w:pPr>
            <w:r>
              <w:t>____________________________________________________________</w:t>
            </w:r>
          </w:p>
        </w:tc>
      </w:tr>
      <w:tr w:rsidR="000F24C6" w14:paraId="62C08BCA"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1714B4EF" w14:textId="77777777" w:rsidR="000F24C6" w:rsidRDefault="00000000">
            <w:pPr>
              <w:spacing w:after="0"/>
            </w:pPr>
            <w:r>
              <w:rPr>
                <w:b/>
              </w:rPr>
              <w:t>Title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106DE395" w14:textId="77777777" w:rsidR="000F24C6" w:rsidRDefault="00000000">
            <w:pPr>
              <w:spacing w:after="0"/>
            </w:pPr>
            <w:r>
              <w:t>____________________________________________________________</w:t>
            </w:r>
          </w:p>
        </w:tc>
      </w:tr>
      <w:tr w:rsidR="000F24C6" w14:paraId="0910F051"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0FBFBB39" w14:textId="77777777" w:rsidR="000F24C6" w:rsidRDefault="00000000">
            <w:pPr>
              <w:spacing w:after="0"/>
            </w:pPr>
            <w:r>
              <w:rPr>
                <w:b/>
              </w:rPr>
              <w:t>Signature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497E3054" w14:textId="77777777" w:rsidR="000F24C6" w:rsidRDefault="00000000">
            <w:pPr>
              <w:spacing w:after="0"/>
            </w:pPr>
            <w:r>
              <w:t>____________________________________________________________</w:t>
            </w:r>
          </w:p>
        </w:tc>
      </w:tr>
      <w:tr w:rsidR="000F24C6" w14:paraId="20487092"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69E0192F" w14:textId="77777777" w:rsidR="000F24C6" w:rsidRDefault="00000000">
            <w:pPr>
              <w:spacing w:after="0"/>
            </w:pPr>
            <w:r>
              <w:rPr>
                <w:b/>
              </w:rPr>
              <w:t>Date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5532FE09" w14:textId="77777777" w:rsidR="000F24C6" w:rsidRDefault="00000000">
            <w:pPr>
              <w:spacing w:after="0"/>
            </w:pPr>
            <w:r>
              <w:t>________________________</w:t>
            </w:r>
          </w:p>
        </w:tc>
      </w:tr>
      <w:tr w:rsidR="000F24C6" w14:paraId="404DC208"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16134797" w14:textId="77777777" w:rsidR="000F24C6" w:rsidRDefault="00000000">
            <w:pPr>
              <w:spacing w:after="0"/>
            </w:pPr>
            <w:r>
              <w:rPr>
                <w:b/>
              </w:rPr>
              <w:t>Email / Telephone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7CAE2852" w14:textId="77777777" w:rsidR="000F24C6" w:rsidRDefault="00000000">
            <w:pPr>
              <w:spacing w:after="0"/>
            </w:pPr>
            <w:r>
              <w:t>____________________________________________________________</w:t>
            </w:r>
          </w:p>
        </w:tc>
      </w:tr>
    </w:tbl>
    <w:p w14:paraId="02198AA5" w14:textId="77777777" w:rsidR="000F24C6" w:rsidRDefault="00000000">
      <w:pPr>
        <w:spacing w:before="160" w:after="0"/>
      </w:pPr>
      <w:r>
        <w:rPr>
          <w:i/>
          <w:sz w:val="20"/>
        </w:rPr>
        <w:t>False statements or material omissions may result in rejection of the proposal, termination of an award, repayment obligations, suspension or debarment, and other remedies available under applicable law.</w:t>
      </w:r>
    </w:p>
    <w:sectPr w:rsidR="000F24C6" w:rsidSect="00034616">
      <w:headerReference w:type="default" r:id="rId11"/>
      <w:footerReference w:type="default" r:id="rId12"/>
      <w:pgSz w:w="12240" w:h="15840"/>
      <w:pgMar w:top="936" w:right="1080" w:bottom="936"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05A49" w14:textId="77777777" w:rsidR="00D94D91" w:rsidRDefault="00D94D91">
      <w:pPr>
        <w:spacing w:after="0"/>
      </w:pPr>
      <w:r>
        <w:separator/>
      </w:r>
    </w:p>
  </w:endnote>
  <w:endnote w:type="continuationSeparator" w:id="0">
    <w:p w14:paraId="380D459E" w14:textId="77777777" w:rsidR="00D94D91" w:rsidRDefault="00D94D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E93B" w14:textId="25306CFE" w:rsidR="000F24C6" w:rsidRDefault="00000000">
    <w:pPr>
      <w:pStyle w:val="Footer"/>
      <w:jc w:val="center"/>
    </w:pPr>
    <w:r>
      <w:rPr>
        <w:sz w:val="18"/>
      </w:rPr>
      <w:t xml:space="preserve">[Organization Name]  |  Page </w:t>
    </w:r>
    <w:r>
      <w:rPr>
        <w:sz w:val="18"/>
      </w:rPr>
      <w:fldChar w:fldCharType="begin"/>
    </w:r>
    <w:r>
      <w:rPr>
        <w:sz w:val="18"/>
      </w:rPr>
      <w:instrText>PAGE</w:instrText>
    </w:r>
    <w:r w:rsidR="007F7378">
      <w:rPr>
        <w:sz w:val="18"/>
      </w:rPr>
      <w:fldChar w:fldCharType="separate"/>
    </w:r>
    <w:r w:rsidR="007F7378">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05776" w14:textId="77777777" w:rsidR="00D94D91" w:rsidRDefault="00D94D91">
      <w:pPr>
        <w:spacing w:after="0"/>
      </w:pPr>
      <w:r>
        <w:separator/>
      </w:r>
    </w:p>
  </w:footnote>
  <w:footnote w:type="continuationSeparator" w:id="0">
    <w:p w14:paraId="6F1792C1" w14:textId="77777777" w:rsidR="00D94D91" w:rsidRDefault="00D94D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EA06" w14:textId="77777777" w:rsidR="000F24C6" w:rsidRDefault="00000000">
    <w:pPr>
      <w:pStyle w:val="Header"/>
      <w:jc w:val="center"/>
    </w:pPr>
    <w:r>
      <w:rPr>
        <w:b/>
        <w:color w:val="1F4E78"/>
        <w:sz w:val="18"/>
      </w:rPr>
      <w:t>FEDERALLY FUNDED PROCUREMENT - VENDOR ATTACHMENT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6493818">
    <w:abstractNumId w:val="8"/>
  </w:num>
  <w:num w:numId="2" w16cid:durableId="2030597882">
    <w:abstractNumId w:val="6"/>
  </w:num>
  <w:num w:numId="3" w16cid:durableId="1294601536">
    <w:abstractNumId w:val="5"/>
  </w:num>
  <w:num w:numId="4" w16cid:durableId="6566352">
    <w:abstractNumId w:val="4"/>
  </w:num>
  <w:num w:numId="5" w16cid:durableId="991560921">
    <w:abstractNumId w:val="7"/>
  </w:num>
  <w:num w:numId="6" w16cid:durableId="207769269">
    <w:abstractNumId w:val="3"/>
  </w:num>
  <w:num w:numId="7" w16cid:durableId="738013802">
    <w:abstractNumId w:val="2"/>
  </w:num>
  <w:num w:numId="8" w16cid:durableId="715618749">
    <w:abstractNumId w:val="1"/>
  </w:num>
  <w:num w:numId="9" w16cid:durableId="1036850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24C6"/>
    <w:rsid w:val="0015074B"/>
    <w:rsid w:val="0029639D"/>
    <w:rsid w:val="00326F90"/>
    <w:rsid w:val="00794EA3"/>
    <w:rsid w:val="007F7378"/>
    <w:rsid w:val="00AA1D8D"/>
    <w:rsid w:val="00B47730"/>
    <w:rsid w:val="00CB0664"/>
    <w:rsid w:val="00D94D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BD63325-6E9A-4BDE-81A2-49D0E63C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F4E78"/>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175590CDBDB241AC0C03229F5498DA" ma:contentTypeVersion="14" ma:contentTypeDescription="Create a new document." ma:contentTypeScope="" ma:versionID="5b8420f77bdbc2675c648cc95c0f159f">
  <xsd:schema xmlns:xsd="http://www.w3.org/2001/XMLSchema" xmlns:xs="http://www.w3.org/2001/XMLSchema" xmlns:p="http://schemas.microsoft.com/office/2006/metadata/properties" xmlns:ns2="3d9ca16e-9570-47b3-a379-e7537bfb8936" xmlns:ns3="124606d7-49d7-400c-8cf5-f3b103e9f6a0" targetNamespace="http://schemas.microsoft.com/office/2006/metadata/properties" ma:root="true" ma:fieldsID="47f9ffce19efef7fbba75046e2589cdd" ns2:_="" ns3:_="">
    <xsd:import namespace="3d9ca16e-9570-47b3-a379-e7537bfb8936"/>
    <xsd:import namespace="124606d7-49d7-400c-8cf5-f3b103e9f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ca16e-9570-47b3-a379-e7537bfb8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5ec8602-a028-4c41-b2f7-5169498f54a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4606d7-49d7-400c-8cf5-f3b103e9f6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88739f0-fb38-4951-b0ed-d4fa664de2d0}" ma:internalName="TaxCatchAll" ma:showField="CatchAllData" ma:web="124606d7-49d7-400c-8cf5-f3b103e9f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4606d7-49d7-400c-8cf5-f3b103e9f6a0" xsi:nil="true"/>
    <lcf76f155ced4ddcb4097134ff3c332f xmlns="3d9ca16e-9570-47b3-a379-e7537bfb893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0F969-FDEA-40B5-85BF-3D32A4B08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ca16e-9570-47b3-a379-e7537bfb8936"/>
    <ds:schemaRef ds:uri="124606d7-49d7-400c-8cf5-f3b103e9f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D2692-BD02-48C1-BD95-41BDFC5B3540}">
  <ds:schemaRefs>
    <ds:schemaRef ds:uri="http://schemas.microsoft.com/office/2006/metadata/properties"/>
    <ds:schemaRef ds:uri="http://schemas.microsoft.com/office/infopath/2007/PartnerControls"/>
    <ds:schemaRef ds:uri="124606d7-49d7-400c-8cf5-f3b103e9f6a0"/>
    <ds:schemaRef ds:uri="3d9ca16e-9570-47b3-a379-e7537bfb8936"/>
  </ds:schemaRefs>
</ds:datastoreItem>
</file>

<file path=customXml/itemProps3.xml><?xml version="1.0" encoding="utf-8"?>
<ds:datastoreItem xmlns:ds="http://schemas.openxmlformats.org/officeDocument/2006/customXml" ds:itemID="{D5DDFF90-5A1B-458E-8C81-25D6620E4E2D}">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Whitney Gray</cp:lastModifiedBy>
  <cp:revision>2</cp:revision>
  <dcterms:created xsi:type="dcterms:W3CDTF">2013-12-23T23:15:00Z</dcterms:created>
  <dcterms:modified xsi:type="dcterms:W3CDTF">2026-07-21T14:27:00Z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0x01010020175590CDBDB241AC0C03229F5498DA</vt:lpwstr>
  </property>
  <property fmtid="{D5CDD505-2E9C-101B-9397-08002B2CF9AE}" pid="3" name="MediaServiceImageTags">
    <vt:lpwstr/>
  </property>
</Properties>
</file>