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6D5D9" w14:textId="77777777" w:rsidR="007974CA" w:rsidRDefault="006F2FC6">
      <w:pPr>
        <w:pStyle w:val="Title"/>
        <w:jc w:val="center"/>
      </w:pPr>
      <w:r>
        <w:t>Certification Regarding Prohibited Telecommunications and Video Surveillance Equipment or Services</w:t>
      </w:r>
    </w:p>
    <w:p w14:paraId="6BD6AE96" w14:textId="77777777" w:rsidR="007974CA" w:rsidRDefault="006F2FC6">
      <w:pPr>
        <w:spacing w:after="160"/>
        <w:jc w:val="center"/>
      </w:pPr>
      <w:r>
        <w:rPr>
          <w:i/>
          <w:sz w:val="22"/>
        </w:rPr>
        <w:t>To be completed and submitted by the responding vendor</w:t>
      </w:r>
    </w:p>
    <w:tbl>
      <w:tblPr>
        <w:tblW w:w="0" w:type="auto"/>
        <w:jc w:val="center"/>
        <w:tblLayout w:type="fixed"/>
        <w:tblLook w:val="04A0" w:firstRow="1" w:lastRow="0" w:firstColumn="1" w:lastColumn="0" w:noHBand="0" w:noVBand="1"/>
      </w:tblPr>
      <w:tblGrid>
        <w:gridCol w:w="1656"/>
        <w:gridCol w:w="3672"/>
        <w:gridCol w:w="1656"/>
        <w:gridCol w:w="3672"/>
      </w:tblGrid>
      <w:tr w:rsidR="007974CA" w14:paraId="665AC0F9" w14:textId="77777777">
        <w:trPr>
          <w:jc w:val="center"/>
        </w:trPr>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25F498A5" w14:textId="77777777" w:rsidR="007974CA" w:rsidRPr="00B65D27" w:rsidRDefault="006F2FC6">
            <w:pPr>
              <w:spacing w:after="0"/>
              <w:rPr>
                <w:sz w:val="22"/>
                <w:szCs w:val="24"/>
              </w:rPr>
            </w:pPr>
            <w:r w:rsidRPr="00B65D27">
              <w:rPr>
                <w:b/>
                <w:sz w:val="22"/>
                <w:szCs w:val="24"/>
              </w:rPr>
              <w:t>Organization:</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3390B800" w14:textId="77777777" w:rsidR="007974CA" w:rsidRDefault="006F2FC6">
            <w:pPr>
              <w:spacing w:after="0"/>
            </w:pPr>
            <w:r>
              <w:rPr>
                <w:sz w:val="21"/>
              </w:rPr>
              <w:t>[Organization Name]</w:t>
            </w:r>
          </w:p>
        </w:tc>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51EFAB78" w14:textId="77777777" w:rsidR="007974CA" w:rsidRPr="00B65D27" w:rsidRDefault="006F2FC6">
            <w:pPr>
              <w:spacing w:after="0"/>
              <w:rPr>
                <w:sz w:val="22"/>
                <w:szCs w:val="24"/>
              </w:rPr>
            </w:pPr>
            <w:r w:rsidRPr="00B65D27">
              <w:rPr>
                <w:b/>
                <w:sz w:val="22"/>
                <w:szCs w:val="24"/>
              </w:rPr>
              <w:t>Solicitation No.:</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729201C4" w14:textId="77777777" w:rsidR="007974CA" w:rsidRDefault="006F2FC6">
            <w:pPr>
              <w:spacing w:after="0"/>
            </w:pPr>
            <w:r>
              <w:rPr>
                <w:sz w:val="21"/>
              </w:rPr>
              <w:t>________________________</w:t>
            </w:r>
          </w:p>
        </w:tc>
      </w:tr>
      <w:tr w:rsidR="007974CA" w14:paraId="78C6B293" w14:textId="77777777">
        <w:trPr>
          <w:jc w:val="center"/>
        </w:trPr>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42AA0B90" w14:textId="77777777" w:rsidR="007974CA" w:rsidRPr="00B65D27" w:rsidRDefault="006F2FC6">
            <w:pPr>
              <w:spacing w:after="0"/>
              <w:rPr>
                <w:sz w:val="22"/>
                <w:szCs w:val="24"/>
              </w:rPr>
            </w:pPr>
            <w:r w:rsidRPr="00B65D27">
              <w:rPr>
                <w:b/>
                <w:sz w:val="22"/>
                <w:szCs w:val="24"/>
              </w:rPr>
              <w:t>Solicitation Title:</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108A7DDD" w14:textId="77777777" w:rsidR="007974CA" w:rsidRDefault="006F2FC6">
            <w:pPr>
              <w:spacing w:after="0"/>
            </w:pPr>
            <w:r>
              <w:rPr>
                <w:sz w:val="21"/>
              </w:rPr>
              <w:t>________________________</w:t>
            </w:r>
          </w:p>
        </w:tc>
        <w:tc>
          <w:tcPr>
            <w:tcW w:w="1656" w:type="dxa"/>
            <w:tcBorders>
              <w:top w:val="single" w:sz="4" w:space="0" w:color="A9C4DA"/>
              <w:left w:val="single" w:sz="4" w:space="0" w:color="A9C4DA"/>
              <w:bottom w:val="single" w:sz="4" w:space="0" w:color="A9C4DA"/>
              <w:right w:val="single" w:sz="4" w:space="0" w:color="A9C4DA"/>
            </w:tcBorders>
            <w:shd w:val="clear" w:color="auto" w:fill="D9EAF7"/>
            <w:tcMar>
              <w:top w:w="80" w:type="dxa"/>
              <w:left w:w="100" w:type="dxa"/>
              <w:bottom w:w="80" w:type="dxa"/>
              <w:right w:w="100" w:type="dxa"/>
            </w:tcMar>
          </w:tcPr>
          <w:p w14:paraId="2C0B4600" w14:textId="77777777" w:rsidR="007974CA" w:rsidRPr="00B65D27" w:rsidRDefault="006F2FC6">
            <w:pPr>
              <w:spacing w:after="0"/>
              <w:rPr>
                <w:sz w:val="22"/>
                <w:szCs w:val="24"/>
              </w:rPr>
            </w:pPr>
            <w:r w:rsidRPr="00B65D27">
              <w:rPr>
                <w:b/>
                <w:sz w:val="22"/>
                <w:szCs w:val="24"/>
              </w:rPr>
              <w:t>Proposal Due Date:</w:t>
            </w:r>
          </w:p>
        </w:tc>
        <w:tc>
          <w:tcPr>
            <w:tcW w:w="3672" w:type="dxa"/>
            <w:tcBorders>
              <w:top w:val="single" w:sz="4" w:space="0" w:color="A9C4DA"/>
              <w:left w:val="single" w:sz="4" w:space="0" w:color="A9C4DA"/>
              <w:bottom w:val="single" w:sz="4" w:space="0" w:color="A9C4DA"/>
              <w:right w:val="single" w:sz="4" w:space="0" w:color="A9C4DA"/>
            </w:tcBorders>
            <w:tcMar>
              <w:top w:w="80" w:type="dxa"/>
              <w:left w:w="100" w:type="dxa"/>
              <w:bottom w:w="80" w:type="dxa"/>
              <w:right w:w="100" w:type="dxa"/>
            </w:tcMar>
          </w:tcPr>
          <w:p w14:paraId="4789491D" w14:textId="77777777" w:rsidR="007974CA" w:rsidRDefault="006F2FC6">
            <w:pPr>
              <w:spacing w:after="0"/>
            </w:pPr>
            <w:r>
              <w:rPr>
                <w:sz w:val="21"/>
              </w:rPr>
              <w:t>________________________</w:t>
            </w:r>
          </w:p>
        </w:tc>
      </w:tr>
    </w:tbl>
    <w:p w14:paraId="79BDB7D2" w14:textId="77777777" w:rsidR="007974CA" w:rsidRDefault="007974CA">
      <w:pPr>
        <w:spacing w:after="0"/>
      </w:pPr>
    </w:p>
    <w:p w14:paraId="7E41EE65" w14:textId="77777777" w:rsidR="007974CA" w:rsidRDefault="006F2FC6">
      <w:pPr>
        <w:spacing w:before="80" w:after="160"/>
      </w:pPr>
      <w:r>
        <w:rPr>
          <w:b/>
          <w:color w:val="1F4E78"/>
        </w:rPr>
        <w:t xml:space="preserve">Regulatory basis: </w:t>
      </w:r>
      <w:r>
        <w:t>2 CFR 200.216; 2 CFR 200.471; Appendix II to 2 CFR part 200, paragraph (K); section 889 of Public Law 115-232.</w:t>
      </w:r>
    </w:p>
    <w:tbl>
      <w:tblPr>
        <w:tblW w:w="0" w:type="auto"/>
        <w:jc w:val="center"/>
        <w:tblLook w:val="04A0" w:firstRow="1" w:lastRow="0" w:firstColumn="1" w:lastColumn="0" w:noHBand="0" w:noVBand="1"/>
      </w:tblPr>
      <w:tblGrid>
        <w:gridCol w:w="10080"/>
      </w:tblGrid>
      <w:tr w:rsidR="007974CA" w14:paraId="7A8F6908" w14:textId="77777777">
        <w:trPr>
          <w:jc w:val="center"/>
        </w:trPr>
        <w:tc>
          <w:tcPr>
            <w:tcW w:w="10080" w:type="dxa"/>
            <w:tcBorders>
              <w:top w:val="single" w:sz="8" w:space="0" w:color="1F4E78"/>
              <w:left w:val="single" w:sz="8" w:space="0" w:color="1F4E78"/>
              <w:bottom w:val="single" w:sz="8" w:space="0" w:color="1F4E78"/>
              <w:right w:val="single" w:sz="8" w:space="0" w:color="1F4E78"/>
            </w:tcBorders>
            <w:shd w:val="clear" w:color="auto" w:fill="EEF5FA"/>
            <w:tcMar>
              <w:top w:w="120" w:type="dxa"/>
              <w:left w:w="140" w:type="dxa"/>
              <w:bottom w:w="120" w:type="dxa"/>
              <w:right w:w="140" w:type="dxa"/>
            </w:tcMar>
          </w:tcPr>
          <w:p w14:paraId="42638351" w14:textId="77777777" w:rsidR="007974CA" w:rsidRDefault="006F2FC6">
            <w:pPr>
              <w:spacing w:after="60"/>
            </w:pPr>
            <w:r>
              <w:rPr>
                <w:b/>
                <w:color w:val="1F4E78"/>
              </w:rPr>
              <w:t>Covered equipment and services</w:t>
            </w:r>
          </w:p>
          <w:p w14:paraId="7EB1802E" w14:textId="77777777" w:rsidR="007974CA" w:rsidRDefault="006F2FC6">
            <w:pPr>
              <w:spacing w:after="0"/>
            </w:pPr>
            <w:r>
              <w:t>The federal prohibition includes certain telecommunications equipment produced by Huawei Technologies Company or ZTE Corporation; certain public-safety, facility-security, critical-infrastructure, or national-security video surveillance or telecommunications equipment produced by Hytera Communications Corporation, Hangzhou Hikvision Digital Technology Company, or Dahua Technology Company; services provided by those entities or using such equipment; and other covered entities identified under federal law. Th</w:t>
            </w:r>
            <w:r>
              <w:t>e prohibition also reaches systems in which covered equipment or services are a substantial or essential component or critical technology.</w:t>
            </w:r>
          </w:p>
        </w:tc>
      </w:tr>
    </w:tbl>
    <w:p w14:paraId="6ABD4FB7" w14:textId="77777777" w:rsidR="007974CA" w:rsidRDefault="006F2FC6">
      <w:pPr>
        <w:pStyle w:val="Heading1"/>
      </w:pPr>
      <w:r>
        <w:t>Vendor Certification</w:t>
      </w:r>
    </w:p>
    <w:p w14:paraId="7BA80A66" w14:textId="77777777" w:rsidR="007974CA" w:rsidRDefault="006F2FC6">
      <w:pPr>
        <w:ind w:left="432" w:hanging="432"/>
      </w:pPr>
      <w:r>
        <w:rPr>
          <w:b/>
        </w:rPr>
        <w:t xml:space="preserve">[ ] </w:t>
      </w:r>
      <w:r>
        <w:t>The vendor will not use federal funds paid under the resulting contract to procure, obtain, extend, renew, or enter into a contract for covered telecommunications equipment or services prohibited by 2 CFR 200.216.</w:t>
      </w:r>
    </w:p>
    <w:p w14:paraId="78A3F2F9" w14:textId="77777777" w:rsidR="007974CA" w:rsidRDefault="006F2FC6">
      <w:pPr>
        <w:ind w:left="432" w:hanging="432"/>
      </w:pPr>
      <w:r>
        <w:rPr>
          <w:b/>
        </w:rPr>
        <w:t xml:space="preserve">[ ] </w:t>
      </w:r>
      <w:r>
        <w:t>The goods, services, systems, and deliverables proposed under this solicitation do not include covered telecommunications equipment or services as a substantial or essential component or as critical technology, except as specifically disclosed below.</w:t>
      </w:r>
    </w:p>
    <w:p w14:paraId="44AD277A" w14:textId="77777777" w:rsidR="007974CA" w:rsidRDefault="006F2FC6">
      <w:pPr>
        <w:ind w:left="432" w:hanging="432"/>
      </w:pPr>
      <w:r>
        <w:rPr>
          <w:b/>
        </w:rPr>
        <w:t xml:space="preserve">[ ] </w:t>
      </w:r>
      <w:r>
        <w:t>The vendor has conducted reasonable supply-chain and subcontractor inquiry appropriate to the goods or services proposed.</w:t>
      </w:r>
    </w:p>
    <w:p w14:paraId="41D05840" w14:textId="77777777" w:rsidR="007974CA" w:rsidRDefault="006F2FC6">
      <w:pPr>
        <w:ind w:left="432" w:hanging="432"/>
      </w:pPr>
      <w:r>
        <w:rPr>
          <w:b/>
        </w:rPr>
        <w:t xml:space="preserve">[ ] </w:t>
      </w:r>
      <w:r>
        <w:t>The vendor will promptly notify the organization if it discovers covered equipment or services in any proposed or delivered product, system, service, subcontract, or supply chain relevant to the resulting contract.</w:t>
      </w:r>
    </w:p>
    <w:p w14:paraId="70D65C6C" w14:textId="77777777" w:rsidR="007974CA" w:rsidRDefault="006F2FC6">
      <w:pPr>
        <w:pStyle w:val="Heading1"/>
      </w:pPr>
      <w:r>
        <w:t>Disclosure / Exception Information</w:t>
      </w:r>
    </w:p>
    <w:p w14:paraId="6AA49EE2" w14:textId="77777777" w:rsidR="007974CA" w:rsidRDefault="006F2FC6">
      <w:r>
        <w:t>[ ] No covered equipment or services are included or known to be implicated.</w:t>
      </w:r>
    </w:p>
    <w:p w14:paraId="4870237C" w14:textId="77777777" w:rsidR="007974CA" w:rsidRDefault="006F2FC6">
      <w:r>
        <w:t>[ ] Potential covered equipment or services are disclosed below for the organization’s review. Disclosure does not constitute approval or an exception.</w:t>
      </w:r>
    </w:p>
    <w:tbl>
      <w:tblPr>
        <w:tblW w:w="0" w:type="auto"/>
        <w:jc w:val="center"/>
        <w:tblLayout w:type="fixed"/>
        <w:tblLook w:val="04A0" w:firstRow="1" w:lastRow="0" w:firstColumn="1" w:lastColumn="0" w:noHBand="0" w:noVBand="1"/>
      </w:tblPr>
      <w:tblGrid>
        <w:gridCol w:w="2880"/>
        <w:gridCol w:w="7632"/>
      </w:tblGrid>
      <w:tr w:rsidR="007974CA" w14:paraId="45744850"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10E2EA8" w14:textId="77777777" w:rsidR="007974CA" w:rsidRDefault="006F2FC6">
            <w:pPr>
              <w:spacing w:after="0"/>
            </w:pPr>
            <w:r>
              <w:rPr>
                <w:b/>
              </w:rPr>
              <w:t>Manufacturer / Service Provider</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68209801" w14:textId="77777777" w:rsidR="007974CA" w:rsidRDefault="006F2FC6">
            <w:pPr>
              <w:spacing w:after="0"/>
            </w:pPr>
            <w:r>
              <w:t>____________________________________________________________</w:t>
            </w:r>
          </w:p>
        </w:tc>
      </w:tr>
      <w:tr w:rsidR="007974CA" w14:paraId="054E5037"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906F8C3" w14:textId="77777777" w:rsidR="007974CA" w:rsidRDefault="006F2FC6">
            <w:pPr>
              <w:spacing w:after="0"/>
            </w:pPr>
            <w:r>
              <w:rPr>
                <w:b/>
              </w:rPr>
              <w:t>Product, Model, or Service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B820032" w14:textId="77777777" w:rsidR="007974CA" w:rsidRDefault="006F2FC6">
            <w:pPr>
              <w:spacing w:after="0"/>
            </w:pPr>
            <w:r>
              <w:t>____________________________________________________________</w:t>
            </w:r>
          </w:p>
        </w:tc>
      </w:tr>
      <w:tr w:rsidR="007974CA" w14:paraId="63482688"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2867FD7D" w14:textId="77777777" w:rsidR="007974CA" w:rsidRDefault="006F2FC6">
            <w:pPr>
              <w:spacing w:after="0"/>
            </w:pPr>
            <w:r>
              <w:rPr>
                <w:b/>
              </w:rPr>
              <w:lastRenderedPageBreak/>
              <w:t>Role in Proposed Solution</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8745E08" w14:textId="77777777" w:rsidR="007974CA" w:rsidRDefault="006F2FC6">
            <w:pPr>
              <w:spacing w:after="0"/>
            </w:pPr>
            <w:r>
              <w:t>____________________________________________________________</w:t>
            </w:r>
          </w:p>
        </w:tc>
      </w:tr>
      <w:tr w:rsidR="007974CA" w14:paraId="5C116047"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61FB1023" w14:textId="77777777" w:rsidR="007974CA" w:rsidRDefault="006F2FC6">
            <w:pPr>
              <w:spacing w:after="0"/>
            </w:pPr>
            <w:r>
              <w:rPr>
                <w:b/>
              </w:rPr>
              <w:t>Substantial / Essential Component?</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77A6FBA8" w14:textId="77777777" w:rsidR="007974CA" w:rsidRDefault="006F2FC6">
            <w:pPr>
              <w:spacing w:after="0"/>
            </w:pPr>
            <w:r>
              <w:t>[ ] Yes    [ ] No    [ ] Uncertain</w:t>
            </w:r>
          </w:p>
        </w:tc>
      </w:tr>
      <w:tr w:rsidR="007974CA" w14:paraId="28663D9D"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21A77490" w14:textId="77777777" w:rsidR="007974CA" w:rsidRDefault="006F2FC6">
            <w:pPr>
              <w:spacing w:after="0"/>
            </w:pPr>
            <w:r>
              <w:rPr>
                <w:b/>
              </w:rPr>
              <w:t>Proposed Remediation or Replacement</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02F79F3" w14:textId="77777777" w:rsidR="007974CA" w:rsidRDefault="006F2FC6">
            <w:pPr>
              <w:spacing w:after="0"/>
            </w:pPr>
            <w:r>
              <w:br/>
            </w:r>
            <w:r>
              <w:br/>
            </w:r>
          </w:p>
        </w:tc>
      </w:tr>
      <w:tr w:rsidR="007974CA" w14:paraId="3E68956D"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75567DCF" w14:textId="77777777" w:rsidR="007974CA" w:rsidRDefault="006F2FC6">
            <w:pPr>
              <w:spacing w:after="0"/>
            </w:pPr>
            <w:r>
              <w:rPr>
                <w:b/>
              </w:rPr>
              <w:t>Supporting Documentation Attached</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12255CDF" w14:textId="77777777" w:rsidR="007974CA" w:rsidRDefault="006F2FC6">
            <w:pPr>
              <w:spacing w:after="0"/>
            </w:pPr>
            <w:r>
              <w:t>[ ] Yes    [ ] No</w:t>
            </w:r>
          </w:p>
        </w:tc>
      </w:tr>
    </w:tbl>
    <w:p w14:paraId="4D395C33" w14:textId="77777777" w:rsidR="007974CA" w:rsidRDefault="006F2FC6">
      <w:pPr>
        <w:pStyle w:val="Heading1"/>
      </w:pPr>
      <w:r>
        <w:t>Authorized Certification</w:t>
      </w:r>
    </w:p>
    <w:p w14:paraId="2C92F60F" w14:textId="77777777" w:rsidR="007974CA" w:rsidRDefault="006F2FC6">
      <w:pPr>
        <w:spacing w:after="160"/>
      </w:pPr>
      <w:r>
        <w:t>I certify that the statements made in this document are true, complete, and accurate to the best of my knowledge and that I am authorized to bind the vendor.</w:t>
      </w:r>
    </w:p>
    <w:tbl>
      <w:tblPr>
        <w:tblW w:w="0" w:type="auto"/>
        <w:jc w:val="center"/>
        <w:tblLayout w:type="fixed"/>
        <w:tblLook w:val="04A0" w:firstRow="1" w:lastRow="0" w:firstColumn="1" w:lastColumn="0" w:noHBand="0" w:noVBand="1"/>
      </w:tblPr>
      <w:tblGrid>
        <w:gridCol w:w="2880"/>
        <w:gridCol w:w="7632"/>
      </w:tblGrid>
      <w:tr w:rsidR="007974CA" w14:paraId="12201F12"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1CF655A6" w14:textId="77777777" w:rsidR="007974CA" w:rsidRDefault="006F2FC6">
            <w:pPr>
              <w:spacing w:after="0"/>
            </w:pPr>
            <w:r>
              <w:rPr>
                <w:b/>
              </w:rPr>
              <w:t>Vendor Legal Name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1407DA0" w14:textId="77777777" w:rsidR="007974CA" w:rsidRDefault="006F2FC6">
            <w:pPr>
              <w:spacing w:after="0"/>
            </w:pPr>
            <w:r>
              <w:t>____________________________________________________________</w:t>
            </w:r>
          </w:p>
        </w:tc>
      </w:tr>
      <w:tr w:rsidR="007974CA" w14:paraId="101363AC"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7554B500" w14:textId="77777777" w:rsidR="007974CA" w:rsidRDefault="006F2FC6">
            <w:pPr>
              <w:spacing w:after="0"/>
            </w:pPr>
            <w:r>
              <w:rPr>
                <w:b/>
              </w:rPr>
              <w:t>Authorized Representative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4DB0BB6F" w14:textId="77777777" w:rsidR="007974CA" w:rsidRDefault="006F2FC6">
            <w:pPr>
              <w:spacing w:after="0"/>
            </w:pPr>
            <w:r>
              <w:t>____________________________________________________________</w:t>
            </w:r>
          </w:p>
        </w:tc>
      </w:tr>
      <w:tr w:rsidR="007974CA" w14:paraId="5415CF25"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52E388DD" w14:textId="77777777" w:rsidR="007974CA" w:rsidRDefault="006F2FC6">
            <w:pPr>
              <w:spacing w:after="0"/>
            </w:pPr>
            <w:r>
              <w:rPr>
                <w:b/>
              </w:rPr>
              <w:t>Title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7E0655C8" w14:textId="77777777" w:rsidR="007974CA" w:rsidRDefault="006F2FC6">
            <w:pPr>
              <w:spacing w:after="0"/>
            </w:pPr>
            <w:r>
              <w:t>____________________________________________________________</w:t>
            </w:r>
          </w:p>
        </w:tc>
      </w:tr>
      <w:tr w:rsidR="007974CA" w14:paraId="15818FE8"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63B89116" w14:textId="77777777" w:rsidR="007974CA" w:rsidRDefault="006F2FC6">
            <w:pPr>
              <w:spacing w:after="0"/>
            </w:pPr>
            <w:r>
              <w:rPr>
                <w:b/>
              </w:rPr>
              <w:t>Signature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AA2E03E" w14:textId="77777777" w:rsidR="007974CA" w:rsidRDefault="006F2FC6">
            <w:pPr>
              <w:spacing w:after="0"/>
            </w:pPr>
            <w:r>
              <w:t>____________________________________________________________</w:t>
            </w:r>
          </w:p>
        </w:tc>
      </w:tr>
      <w:tr w:rsidR="007974CA" w14:paraId="61ACB8A4"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267A618B" w14:textId="77777777" w:rsidR="007974CA" w:rsidRDefault="006F2FC6">
            <w:pPr>
              <w:spacing w:after="0"/>
            </w:pPr>
            <w:r>
              <w:rPr>
                <w:b/>
              </w:rPr>
              <w:t>Date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3FFCD60E" w14:textId="77777777" w:rsidR="007974CA" w:rsidRDefault="006F2FC6">
            <w:pPr>
              <w:spacing w:after="0"/>
            </w:pPr>
            <w:r>
              <w:t>________________________</w:t>
            </w:r>
          </w:p>
        </w:tc>
      </w:tr>
      <w:tr w:rsidR="007974CA" w14:paraId="6BD11D1D" w14:textId="77777777">
        <w:trPr>
          <w:jc w:val="center"/>
        </w:trPr>
        <w:tc>
          <w:tcPr>
            <w:tcW w:w="2880" w:type="dxa"/>
            <w:tcBorders>
              <w:top w:val="single" w:sz="4" w:space="0" w:color="A9C4DA"/>
              <w:left w:val="single" w:sz="4" w:space="0" w:color="A9C4DA"/>
              <w:bottom w:val="single" w:sz="4" w:space="0" w:color="A9C4DA"/>
              <w:right w:val="single" w:sz="4" w:space="0" w:color="A9C4DA"/>
            </w:tcBorders>
            <w:shd w:val="clear" w:color="auto" w:fill="D9EAF7"/>
            <w:tcMar>
              <w:top w:w="90" w:type="dxa"/>
              <w:left w:w="110" w:type="dxa"/>
              <w:bottom w:w="90" w:type="dxa"/>
              <w:right w:w="110" w:type="dxa"/>
            </w:tcMar>
          </w:tcPr>
          <w:p w14:paraId="3A345873" w14:textId="77777777" w:rsidR="007974CA" w:rsidRDefault="006F2FC6">
            <w:pPr>
              <w:spacing w:after="0"/>
            </w:pPr>
            <w:r>
              <w:rPr>
                <w:b/>
              </w:rPr>
              <w:t>Email / Telephone</w:t>
            </w:r>
          </w:p>
        </w:tc>
        <w:tc>
          <w:tcPr>
            <w:tcW w:w="7632" w:type="dxa"/>
            <w:tcBorders>
              <w:top w:val="single" w:sz="4" w:space="0" w:color="A9C4DA"/>
              <w:left w:val="single" w:sz="4" w:space="0" w:color="A9C4DA"/>
              <w:bottom w:val="single" w:sz="4" w:space="0" w:color="A9C4DA"/>
              <w:right w:val="single" w:sz="4" w:space="0" w:color="A9C4DA"/>
            </w:tcBorders>
            <w:tcMar>
              <w:top w:w="90" w:type="dxa"/>
              <w:left w:w="110" w:type="dxa"/>
              <w:bottom w:w="90" w:type="dxa"/>
              <w:right w:w="110" w:type="dxa"/>
            </w:tcMar>
          </w:tcPr>
          <w:p w14:paraId="05320AB3" w14:textId="77777777" w:rsidR="007974CA" w:rsidRDefault="006F2FC6">
            <w:pPr>
              <w:spacing w:after="0"/>
            </w:pPr>
            <w:r>
              <w:t>____________________________________________________________</w:t>
            </w:r>
          </w:p>
        </w:tc>
      </w:tr>
    </w:tbl>
    <w:p w14:paraId="5056C231" w14:textId="77777777" w:rsidR="007974CA" w:rsidRDefault="006F2FC6">
      <w:pPr>
        <w:spacing w:before="160" w:after="0"/>
      </w:pPr>
      <w:r>
        <w:rPr>
          <w:i/>
          <w:sz w:val="20"/>
        </w:rPr>
        <w:t>False statements or material omissions may result in rejection of the proposal, termination of an award, repayment obligations, suspension or debarment, and other remedies available under applicable law.</w:t>
      </w:r>
    </w:p>
    <w:sectPr w:rsidR="007974CA" w:rsidSect="00034616">
      <w:headerReference w:type="default" r:id="rId11"/>
      <w:footerReference w:type="default" r:id="rId12"/>
      <w:pgSz w:w="12240" w:h="15840"/>
      <w:pgMar w:top="936" w:right="1080" w:bottom="936"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4D84D" w14:textId="77777777" w:rsidR="006F2FC6" w:rsidRDefault="006F2FC6">
      <w:pPr>
        <w:spacing w:after="0"/>
      </w:pPr>
      <w:r>
        <w:separator/>
      </w:r>
    </w:p>
  </w:endnote>
  <w:endnote w:type="continuationSeparator" w:id="0">
    <w:p w14:paraId="13CF7148" w14:textId="77777777" w:rsidR="006F2FC6" w:rsidRDefault="006F2F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5159" w14:textId="246CE55F" w:rsidR="007974CA" w:rsidRDefault="006F2FC6">
    <w:pPr>
      <w:pStyle w:val="Footer"/>
      <w:jc w:val="center"/>
    </w:pPr>
    <w:r>
      <w:rPr>
        <w:sz w:val="18"/>
      </w:rPr>
      <w:t xml:space="preserve">[Organization </w:t>
    </w:r>
    <w:proofErr w:type="gramStart"/>
    <w:r>
      <w:rPr>
        <w:sz w:val="18"/>
      </w:rPr>
      <w:t>Name]  |</w:t>
    </w:r>
    <w:proofErr w:type="gramEnd"/>
    <w:r>
      <w:rPr>
        <w:sz w:val="18"/>
      </w:rPr>
      <w:t xml:space="preserve">  Page </w:t>
    </w:r>
    <w:r>
      <w:rPr>
        <w:sz w:val="18"/>
      </w:rPr>
      <w:fldChar w:fldCharType="begin"/>
    </w:r>
    <w:r>
      <w:rPr>
        <w:sz w:val="18"/>
      </w:rPr>
      <w:instrText>PAGE</w:instrText>
    </w:r>
    <w:r w:rsidR="00B65D27">
      <w:rPr>
        <w:sz w:val="18"/>
      </w:rPr>
      <w:fldChar w:fldCharType="separate"/>
    </w:r>
    <w:r w:rsidR="00B65D27">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C02A2" w14:textId="77777777" w:rsidR="006F2FC6" w:rsidRDefault="006F2FC6">
      <w:pPr>
        <w:spacing w:after="0"/>
      </w:pPr>
      <w:r>
        <w:separator/>
      </w:r>
    </w:p>
  </w:footnote>
  <w:footnote w:type="continuationSeparator" w:id="0">
    <w:p w14:paraId="06CA3C19" w14:textId="77777777" w:rsidR="006F2FC6" w:rsidRDefault="006F2F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9CCB" w14:textId="77777777" w:rsidR="007974CA" w:rsidRDefault="006F2FC6">
    <w:pPr>
      <w:pStyle w:val="Header"/>
      <w:jc w:val="center"/>
    </w:pPr>
    <w:r>
      <w:rPr>
        <w:b/>
        <w:color w:val="1F4E78"/>
        <w:sz w:val="18"/>
      </w:rPr>
      <w:t>FEDERALLY FUNDED PROCUREMENT - VENDOR ATTACHMENT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0636080">
    <w:abstractNumId w:val="8"/>
  </w:num>
  <w:num w:numId="2" w16cid:durableId="349262431">
    <w:abstractNumId w:val="6"/>
  </w:num>
  <w:num w:numId="3" w16cid:durableId="1469979092">
    <w:abstractNumId w:val="5"/>
  </w:num>
  <w:num w:numId="4" w16cid:durableId="1956056969">
    <w:abstractNumId w:val="4"/>
  </w:num>
  <w:num w:numId="5" w16cid:durableId="459618314">
    <w:abstractNumId w:val="7"/>
  </w:num>
  <w:num w:numId="6" w16cid:durableId="1859462033">
    <w:abstractNumId w:val="3"/>
  </w:num>
  <w:num w:numId="7" w16cid:durableId="1480655159">
    <w:abstractNumId w:val="2"/>
  </w:num>
  <w:num w:numId="8" w16cid:durableId="1534613288">
    <w:abstractNumId w:val="1"/>
  </w:num>
  <w:num w:numId="9" w16cid:durableId="6071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F2FC6"/>
    <w:rsid w:val="00794EA3"/>
    <w:rsid w:val="007974CA"/>
    <w:rsid w:val="00AA1D8D"/>
    <w:rsid w:val="00B47730"/>
    <w:rsid w:val="00B65D2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BD63325-6E9A-4BDE-81A2-49D0E63C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F4E78"/>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0175590CDBDB241AC0C03229F5498DA" ma:contentTypeVersion="14" ma:contentTypeDescription="Create a new document." ma:contentTypeScope="" ma:versionID="5b8420f77bdbc2675c648cc95c0f159f">
  <xsd:schema xmlns:xsd="http://www.w3.org/2001/XMLSchema" xmlns:xs="http://www.w3.org/2001/XMLSchema" xmlns:p="http://schemas.microsoft.com/office/2006/metadata/properties" xmlns:ns2="3d9ca16e-9570-47b3-a379-e7537bfb8936" xmlns:ns3="124606d7-49d7-400c-8cf5-f3b103e9f6a0" targetNamespace="http://schemas.microsoft.com/office/2006/metadata/properties" ma:root="true" ma:fieldsID="47f9ffce19efef7fbba75046e2589cdd" ns2:_="" ns3:_="">
    <xsd:import namespace="3d9ca16e-9570-47b3-a379-e7537bfb8936"/>
    <xsd:import namespace="124606d7-49d7-400c-8cf5-f3b103e9f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ca16e-9570-47b3-a379-e7537bfb8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ec8602-a028-4c41-b2f7-5169498f54a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4606d7-49d7-400c-8cf5-f3b103e9f6a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8739f0-fb38-4951-b0ed-d4fa664de2d0}" ma:internalName="TaxCatchAll" ma:showField="CatchAllData" ma:web="124606d7-49d7-400c-8cf5-f3b103e9f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4606d7-49d7-400c-8cf5-f3b103e9f6a0" xsi:nil="true"/>
    <lcf76f155ced4ddcb4097134ff3c332f xmlns="3d9ca16e-9570-47b3-a379-e7537bfb893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63241C5-F5E9-4B26-9940-EC4B77D68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ca16e-9570-47b3-a379-e7537bfb8936"/>
    <ds:schemaRef ds:uri="124606d7-49d7-400c-8cf5-f3b103e9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46B66F-BB6A-45AB-98C4-CF6AAE38E828}">
  <ds:schemaRefs>
    <ds:schemaRef ds:uri="http://schemas.microsoft.com/office/2006/metadata/properties"/>
    <ds:schemaRef ds:uri="http://schemas.microsoft.com/office/infopath/2007/PartnerControls"/>
    <ds:schemaRef ds:uri="124606d7-49d7-400c-8cf5-f3b103e9f6a0"/>
    <ds:schemaRef ds:uri="3d9ca16e-9570-47b3-a379-e7537bfb8936"/>
  </ds:schemaRefs>
</ds:datastoreItem>
</file>

<file path=customXml/itemProps4.xml><?xml version="1.0" encoding="utf-8"?>
<ds:datastoreItem xmlns:ds="http://schemas.openxmlformats.org/officeDocument/2006/customXml" ds:itemID="{C8C6FBC9-498E-4306-9149-7133B51F4E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Whitney Gray</cp:lastModifiedBy>
  <cp:revision>2</cp:revision>
  <dcterms:created xsi:type="dcterms:W3CDTF">2013-12-23T23:15:00Z</dcterms:created>
  <dcterms:modified xsi:type="dcterms:W3CDTF">2026-07-21T14:26:00Z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0x01010020175590CDBDB241AC0C03229F5498DA</vt:lpwstr>
  </property>
  <property fmtid="{D5CDD505-2E9C-101B-9397-08002B2CF9AE}" pid="3" name="MediaServiceImageTags">
    <vt:lpwstr/>
  </property>
</Properties>
</file>