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5C154C" w14:textId="77777777" w:rsidR="00CB5AEB" w:rsidRDefault="00526D12">
      <w:pPr>
        <w:pStyle w:val="Title"/>
        <w:jc w:val="center"/>
      </w:pPr>
      <w:r>
        <w:t>Certification Regarding Lobbying and Federal Funds</w:t>
      </w:r>
    </w:p>
    <w:p w14:paraId="1BA9E0C6" w14:textId="77777777" w:rsidR="00CB5AEB" w:rsidRDefault="00526D12">
      <w:pPr>
        <w:spacing w:after="160"/>
        <w:jc w:val="center"/>
      </w:pPr>
      <w:r>
        <w:rPr>
          <w:i/>
          <w:sz w:val="22"/>
        </w:rPr>
        <w:t>To be completed and submitted by the responding vendor</w:t>
      </w:r>
    </w:p>
    <w:tbl>
      <w:tblPr>
        <w:tblW w:w="0" w:type="auto"/>
        <w:jc w:val="center"/>
        <w:tblLayout w:type="fixed"/>
        <w:tblLook w:val="04A0" w:firstRow="1" w:lastRow="0" w:firstColumn="1" w:lastColumn="0" w:noHBand="0" w:noVBand="1"/>
      </w:tblPr>
      <w:tblGrid>
        <w:gridCol w:w="1656"/>
        <w:gridCol w:w="3672"/>
        <w:gridCol w:w="1656"/>
        <w:gridCol w:w="3672"/>
      </w:tblGrid>
      <w:tr w:rsidR="00CB5AEB" w14:paraId="62877391" w14:textId="77777777">
        <w:trPr>
          <w:jc w:val="center"/>
        </w:trPr>
        <w:tc>
          <w:tcPr>
            <w:tcW w:w="1656" w:type="dxa"/>
            <w:tcBorders>
              <w:top w:val="single" w:sz="4" w:space="0" w:color="A9C4DA"/>
              <w:left w:val="single" w:sz="4" w:space="0" w:color="A9C4DA"/>
              <w:bottom w:val="single" w:sz="4" w:space="0" w:color="A9C4DA"/>
              <w:right w:val="single" w:sz="4" w:space="0" w:color="A9C4DA"/>
            </w:tcBorders>
            <w:shd w:val="clear" w:color="auto" w:fill="D9EAF7"/>
            <w:tcMar>
              <w:top w:w="80" w:type="dxa"/>
              <w:left w:w="100" w:type="dxa"/>
              <w:bottom w:w="80" w:type="dxa"/>
              <w:right w:w="100" w:type="dxa"/>
            </w:tcMar>
          </w:tcPr>
          <w:p w14:paraId="5F20CF70" w14:textId="77777777" w:rsidR="00CB5AEB" w:rsidRPr="002174A8" w:rsidRDefault="00526D12">
            <w:pPr>
              <w:spacing w:after="0"/>
              <w:rPr>
                <w:sz w:val="22"/>
                <w:szCs w:val="24"/>
              </w:rPr>
            </w:pPr>
            <w:r w:rsidRPr="002174A8">
              <w:rPr>
                <w:b/>
                <w:sz w:val="22"/>
                <w:szCs w:val="24"/>
              </w:rPr>
              <w:t>Organization:</w:t>
            </w:r>
          </w:p>
        </w:tc>
        <w:tc>
          <w:tcPr>
            <w:tcW w:w="3672" w:type="dxa"/>
            <w:tcBorders>
              <w:top w:val="single" w:sz="4" w:space="0" w:color="A9C4DA"/>
              <w:left w:val="single" w:sz="4" w:space="0" w:color="A9C4DA"/>
              <w:bottom w:val="single" w:sz="4" w:space="0" w:color="A9C4DA"/>
              <w:right w:val="single" w:sz="4" w:space="0" w:color="A9C4DA"/>
            </w:tcBorders>
            <w:tcMar>
              <w:top w:w="80" w:type="dxa"/>
              <w:left w:w="100" w:type="dxa"/>
              <w:bottom w:w="80" w:type="dxa"/>
              <w:right w:w="100" w:type="dxa"/>
            </w:tcMar>
          </w:tcPr>
          <w:p w14:paraId="08C2EEC8" w14:textId="77777777" w:rsidR="00CB5AEB" w:rsidRDefault="00526D12">
            <w:pPr>
              <w:spacing w:after="0"/>
            </w:pPr>
            <w:r>
              <w:rPr>
                <w:sz w:val="21"/>
              </w:rPr>
              <w:t>[Organization Name]</w:t>
            </w:r>
          </w:p>
        </w:tc>
        <w:tc>
          <w:tcPr>
            <w:tcW w:w="1656" w:type="dxa"/>
            <w:tcBorders>
              <w:top w:val="single" w:sz="4" w:space="0" w:color="A9C4DA"/>
              <w:left w:val="single" w:sz="4" w:space="0" w:color="A9C4DA"/>
              <w:bottom w:val="single" w:sz="4" w:space="0" w:color="A9C4DA"/>
              <w:right w:val="single" w:sz="4" w:space="0" w:color="A9C4DA"/>
            </w:tcBorders>
            <w:shd w:val="clear" w:color="auto" w:fill="D9EAF7"/>
            <w:tcMar>
              <w:top w:w="80" w:type="dxa"/>
              <w:left w:w="100" w:type="dxa"/>
              <w:bottom w:w="80" w:type="dxa"/>
              <w:right w:w="100" w:type="dxa"/>
            </w:tcMar>
          </w:tcPr>
          <w:p w14:paraId="394F2222" w14:textId="77777777" w:rsidR="00CB5AEB" w:rsidRPr="002174A8" w:rsidRDefault="00526D12">
            <w:pPr>
              <w:spacing w:after="0"/>
              <w:rPr>
                <w:sz w:val="22"/>
                <w:szCs w:val="24"/>
              </w:rPr>
            </w:pPr>
            <w:r w:rsidRPr="002174A8">
              <w:rPr>
                <w:b/>
                <w:sz w:val="22"/>
                <w:szCs w:val="24"/>
              </w:rPr>
              <w:t>Solicitation No.:</w:t>
            </w:r>
          </w:p>
        </w:tc>
        <w:tc>
          <w:tcPr>
            <w:tcW w:w="3672" w:type="dxa"/>
            <w:tcBorders>
              <w:top w:val="single" w:sz="4" w:space="0" w:color="A9C4DA"/>
              <w:left w:val="single" w:sz="4" w:space="0" w:color="A9C4DA"/>
              <w:bottom w:val="single" w:sz="4" w:space="0" w:color="A9C4DA"/>
              <w:right w:val="single" w:sz="4" w:space="0" w:color="A9C4DA"/>
            </w:tcBorders>
            <w:tcMar>
              <w:top w:w="80" w:type="dxa"/>
              <w:left w:w="100" w:type="dxa"/>
              <w:bottom w:w="80" w:type="dxa"/>
              <w:right w:w="100" w:type="dxa"/>
            </w:tcMar>
          </w:tcPr>
          <w:p w14:paraId="2BDD4406" w14:textId="77777777" w:rsidR="00CB5AEB" w:rsidRDefault="00526D12">
            <w:pPr>
              <w:spacing w:after="0"/>
            </w:pPr>
            <w:r>
              <w:rPr>
                <w:sz w:val="21"/>
              </w:rPr>
              <w:t>________________________</w:t>
            </w:r>
          </w:p>
        </w:tc>
      </w:tr>
      <w:tr w:rsidR="00CB5AEB" w14:paraId="7DAE4468" w14:textId="77777777">
        <w:trPr>
          <w:jc w:val="center"/>
        </w:trPr>
        <w:tc>
          <w:tcPr>
            <w:tcW w:w="1656" w:type="dxa"/>
            <w:tcBorders>
              <w:top w:val="single" w:sz="4" w:space="0" w:color="A9C4DA"/>
              <w:left w:val="single" w:sz="4" w:space="0" w:color="A9C4DA"/>
              <w:bottom w:val="single" w:sz="4" w:space="0" w:color="A9C4DA"/>
              <w:right w:val="single" w:sz="4" w:space="0" w:color="A9C4DA"/>
            </w:tcBorders>
            <w:shd w:val="clear" w:color="auto" w:fill="D9EAF7"/>
            <w:tcMar>
              <w:top w:w="80" w:type="dxa"/>
              <w:left w:w="100" w:type="dxa"/>
              <w:bottom w:w="80" w:type="dxa"/>
              <w:right w:w="100" w:type="dxa"/>
            </w:tcMar>
          </w:tcPr>
          <w:p w14:paraId="01697645" w14:textId="77777777" w:rsidR="00CB5AEB" w:rsidRPr="002174A8" w:rsidRDefault="00526D12">
            <w:pPr>
              <w:spacing w:after="0"/>
              <w:rPr>
                <w:sz w:val="22"/>
                <w:szCs w:val="24"/>
              </w:rPr>
            </w:pPr>
            <w:r w:rsidRPr="002174A8">
              <w:rPr>
                <w:b/>
                <w:sz w:val="22"/>
                <w:szCs w:val="24"/>
              </w:rPr>
              <w:t>Solicitation Title:</w:t>
            </w:r>
          </w:p>
        </w:tc>
        <w:tc>
          <w:tcPr>
            <w:tcW w:w="3672" w:type="dxa"/>
            <w:tcBorders>
              <w:top w:val="single" w:sz="4" w:space="0" w:color="A9C4DA"/>
              <w:left w:val="single" w:sz="4" w:space="0" w:color="A9C4DA"/>
              <w:bottom w:val="single" w:sz="4" w:space="0" w:color="A9C4DA"/>
              <w:right w:val="single" w:sz="4" w:space="0" w:color="A9C4DA"/>
            </w:tcBorders>
            <w:tcMar>
              <w:top w:w="80" w:type="dxa"/>
              <w:left w:w="100" w:type="dxa"/>
              <w:bottom w:w="80" w:type="dxa"/>
              <w:right w:w="100" w:type="dxa"/>
            </w:tcMar>
          </w:tcPr>
          <w:p w14:paraId="45EADA75" w14:textId="77777777" w:rsidR="00CB5AEB" w:rsidRDefault="00526D12">
            <w:pPr>
              <w:spacing w:after="0"/>
            </w:pPr>
            <w:r>
              <w:rPr>
                <w:sz w:val="21"/>
              </w:rPr>
              <w:t>________________________</w:t>
            </w:r>
          </w:p>
        </w:tc>
        <w:tc>
          <w:tcPr>
            <w:tcW w:w="1656" w:type="dxa"/>
            <w:tcBorders>
              <w:top w:val="single" w:sz="4" w:space="0" w:color="A9C4DA"/>
              <w:left w:val="single" w:sz="4" w:space="0" w:color="A9C4DA"/>
              <w:bottom w:val="single" w:sz="4" w:space="0" w:color="A9C4DA"/>
              <w:right w:val="single" w:sz="4" w:space="0" w:color="A9C4DA"/>
            </w:tcBorders>
            <w:shd w:val="clear" w:color="auto" w:fill="D9EAF7"/>
            <w:tcMar>
              <w:top w:w="80" w:type="dxa"/>
              <w:left w:w="100" w:type="dxa"/>
              <w:bottom w:w="80" w:type="dxa"/>
              <w:right w:w="100" w:type="dxa"/>
            </w:tcMar>
          </w:tcPr>
          <w:p w14:paraId="5DCB867B" w14:textId="77777777" w:rsidR="00CB5AEB" w:rsidRPr="002174A8" w:rsidRDefault="00526D12">
            <w:pPr>
              <w:spacing w:after="0"/>
              <w:rPr>
                <w:sz w:val="22"/>
                <w:szCs w:val="24"/>
              </w:rPr>
            </w:pPr>
            <w:r w:rsidRPr="002174A8">
              <w:rPr>
                <w:b/>
                <w:sz w:val="22"/>
                <w:szCs w:val="24"/>
              </w:rPr>
              <w:t>Proposal Due Date:</w:t>
            </w:r>
          </w:p>
        </w:tc>
        <w:tc>
          <w:tcPr>
            <w:tcW w:w="3672" w:type="dxa"/>
            <w:tcBorders>
              <w:top w:val="single" w:sz="4" w:space="0" w:color="A9C4DA"/>
              <w:left w:val="single" w:sz="4" w:space="0" w:color="A9C4DA"/>
              <w:bottom w:val="single" w:sz="4" w:space="0" w:color="A9C4DA"/>
              <w:right w:val="single" w:sz="4" w:space="0" w:color="A9C4DA"/>
            </w:tcBorders>
            <w:tcMar>
              <w:top w:w="80" w:type="dxa"/>
              <w:left w:w="100" w:type="dxa"/>
              <w:bottom w:w="80" w:type="dxa"/>
              <w:right w:w="100" w:type="dxa"/>
            </w:tcMar>
          </w:tcPr>
          <w:p w14:paraId="63F30907" w14:textId="77777777" w:rsidR="00CB5AEB" w:rsidRDefault="00526D12">
            <w:pPr>
              <w:spacing w:after="0"/>
            </w:pPr>
            <w:r>
              <w:rPr>
                <w:sz w:val="21"/>
              </w:rPr>
              <w:t>________________________</w:t>
            </w:r>
          </w:p>
        </w:tc>
      </w:tr>
    </w:tbl>
    <w:p w14:paraId="21833515" w14:textId="77777777" w:rsidR="00CB5AEB" w:rsidRDefault="00CB5AEB">
      <w:pPr>
        <w:spacing w:after="0"/>
      </w:pPr>
    </w:p>
    <w:p w14:paraId="41981E4D" w14:textId="77777777" w:rsidR="00CB5AEB" w:rsidRDefault="00526D12">
      <w:pPr>
        <w:spacing w:before="80" w:after="160"/>
      </w:pPr>
      <w:r>
        <w:rPr>
          <w:b/>
          <w:color w:val="1F4E78"/>
        </w:rPr>
        <w:t xml:space="preserve">Regulatory basis: </w:t>
      </w:r>
      <w:r>
        <w:t>31 U.S.C. 1352; 2 CFR 200.450; Appendix II to 2 CFR part 200, paragraph (I).</w:t>
      </w:r>
    </w:p>
    <w:tbl>
      <w:tblPr>
        <w:tblW w:w="0" w:type="auto"/>
        <w:jc w:val="center"/>
        <w:tblLook w:val="04A0" w:firstRow="1" w:lastRow="0" w:firstColumn="1" w:lastColumn="0" w:noHBand="0" w:noVBand="1"/>
      </w:tblPr>
      <w:tblGrid>
        <w:gridCol w:w="10080"/>
      </w:tblGrid>
      <w:tr w:rsidR="00CB5AEB" w14:paraId="737D617B" w14:textId="77777777">
        <w:trPr>
          <w:jc w:val="center"/>
        </w:trPr>
        <w:tc>
          <w:tcPr>
            <w:tcW w:w="10080" w:type="dxa"/>
            <w:tcBorders>
              <w:top w:val="single" w:sz="8" w:space="0" w:color="1F4E78"/>
              <w:left w:val="single" w:sz="8" w:space="0" w:color="1F4E78"/>
              <w:bottom w:val="single" w:sz="8" w:space="0" w:color="1F4E78"/>
              <w:right w:val="single" w:sz="8" w:space="0" w:color="1F4E78"/>
            </w:tcBorders>
            <w:shd w:val="clear" w:color="auto" w:fill="EEF5FA"/>
            <w:tcMar>
              <w:top w:w="120" w:type="dxa"/>
              <w:left w:w="140" w:type="dxa"/>
              <w:bottom w:w="120" w:type="dxa"/>
              <w:right w:w="140" w:type="dxa"/>
            </w:tcMar>
          </w:tcPr>
          <w:p w14:paraId="03CF483E" w14:textId="77777777" w:rsidR="00CB5AEB" w:rsidRDefault="00526D12">
            <w:pPr>
              <w:spacing w:after="60"/>
            </w:pPr>
            <w:r>
              <w:rPr>
                <w:b/>
                <w:color w:val="1F4E78"/>
              </w:rPr>
              <w:t>Applicability</w:t>
            </w:r>
          </w:p>
          <w:p w14:paraId="421324F3" w14:textId="77777777" w:rsidR="00CB5AEB" w:rsidRDefault="00526D12">
            <w:pPr>
              <w:spacing w:after="0"/>
            </w:pPr>
            <w:r>
              <w:t>Appendix II requires contractors that apply or bid for an award exceeding $100,000 to file the required certification. The organization may require this form for lower-value solicitations as a standard compliance attachment. Any lobbying with non-federal funds connected to obtaining a federal award must be disclosed as required.</w:t>
            </w:r>
          </w:p>
        </w:tc>
      </w:tr>
    </w:tbl>
    <w:p w14:paraId="2C119868" w14:textId="77777777" w:rsidR="00CB5AEB" w:rsidRDefault="00526D12">
      <w:pPr>
        <w:pStyle w:val="Heading1"/>
      </w:pPr>
      <w:r>
        <w:t>Certification</w:t>
      </w:r>
    </w:p>
    <w:p w14:paraId="3A1096D6" w14:textId="77777777" w:rsidR="00CB5AEB" w:rsidRDefault="00526D12">
      <w:pPr>
        <w:ind w:left="432" w:hanging="432"/>
      </w:pPr>
      <w:r>
        <w:rPr>
          <w:b/>
        </w:rPr>
        <w:t xml:space="preserve">1. </w:t>
      </w:r>
      <w:r>
        <w:t>No federal appropriated funds have been paid or will be paid, by or on behalf of the vendor, to any person for influencing or attempting to influence an officer or employee of any federal agency, a Member of Congress, an officer or employee of Congress, or an employee of a Member of Congress in connection with the awarding, continuation, renewal, amendment, or modification of any federal contract, grant, loan, cooperative agreement, or other covered federal award.</w:t>
      </w:r>
    </w:p>
    <w:p w14:paraId="29776D67" w14:textId="77777777" w:rsidR="00CB5AEB" w:rsidRDefault="00526D12">
      <w:pPr>
        <w:ind w:left="432" w:hanging="432"/>
      </w:pPr>
      <w:r>
        <w:rPr>
          <w:b/>
        </w:rPr>
        <w:t xml:space="preserve">2. </w:t>
      </w:r>
      <w:r>
        <w:t>If any funds other than federal appropriated funds have been paid or will be paid to any person for influencing or attempting to influence the persons or entities described above in connection with this procurement or an underlying federal award, the vendor will complete and submit Standard Form LLL, Disclosure of Lobbying Activities, and any required continuation sheets.</w:t>
      </w:r>
    </w:p>
    <w:p w14:paraId="65ACE434" w14:textId="77777777" w:rsidR="00CB5AEB" w:rsidRDefault="00526D12">
      <w:pPr>
        <w:ind w:left="432" w:hanging="432"/>
      </w:pPr>
      <w:r>
        <w:rPr>
          <w:b/>
        </w:rPr>
        <w:t xml:space="preserve">3. </w:t>
      </w:r>
      <w:r>
        <w:t>The vendor will include the substance of this certification in all applicable lower-tier subcontracts and will require each applicable lower-tier participant to certify and disclose accordingly.</w:t>
      </w:r>
    </w:p>
    <w:p w14:paraId="34BB8C49" w14:textId="77777777" w:rsidR="00CB5AEB" w:rsidRDefault="00526D12">
      <w:pPr>
        <w:pStyle w:val="Heading1"/>
      </w:pPr>
      <w:r>
        <w:t>Lobbying Disclosure Status</w:t>
      </w:r>
    </w:p>
    <w:p w14:paraId="1A01ADDB" w14:textId="77777777" w:rsidR="00CB5AEB" w:rsidRDefault="00526D12">
      <w:r>
        <w:t>[ ] No disclosure is required because no lobbying with non-federal funds has occurred or is planned in connection with this procurement or underlying federal award.</w:t>
      </w:r>
    </w:p>
    <w:p w14:paraId="4D775C29" w14:textId="77777777" w:rsidR="00CB5AEB" w:rsidRDefault="00526D12">
      <w:r>
        <w:t>[ ] A disclosure is required. A completed Standard Form LLL and any continuation sheets are attached.</w:t>
      </w:r>
    </w:p>
    <w:tbl>
      <w:tblPr>
        <w:tblW w:w="0" w:type="auto"/>
        <w:jc w:val="center"/>
        <w:tblLayout w:type="fixed"/>
        <w:tblLook w:val="04A0" w:firstRow="1" w:lastRow="0" w:firstColumn="1" w:lastColumn="0" w:noHBand="0" w:noVBand="1"/>
      </w:tblPr>
      <w:tblGrid>
        <w:gridCol w:w="2880"/>
        <w:gridCol w:w="7632"/>
      </w:tblGrid>
      <w:tr w:rsidR="00CB5AEB" w14:paraId="35F044B5" w14:textId="77777777">
        <w:trPr>
          <w:jc w:val="center"/>
        </w:trPr>
        <w:tc>
          <w:tcPr>
            <w:tcW w:w="2880" w:type="dxa"/>
            <w:tcBorders>
              <w:top w:val="single" w:sz="4" w:space="0" w:color="A9C4DA"/>
              <w:left w:val="single" w:sz="4" w:space="0" w:color="A9C4DA"/>
              <w:bottom w:val="single" w:sz="4" w:space="0" w:color="A9C4DA"/>
              <w:right w:val="single" w:sz="4" w:space="0" w:color="A9C4DA"/>
            </w:tcBorders>
            <w:shd w:val="clear" w:color="auto" w:fill="D9EAF7"/>
            <w:tcMar>
              <w:top w:w="90" w:type="dxa"/>
              <w:left w:w="110" w:type="dxa"/>
              <w:bottom w:w="90" w:type="dxa"/>
              <w:right w:w="110" w:type="dxa"/>
            </w:tcMar>
          </w:tcPr>
          <w:p w14:paraId="7717742C" w14:textId="77777777" w:rsidR="00CB5AEB" w:rsidRDefault="00526D12">
            <w:pPr>
              <w:spacing w:after="0"/>
            </w:pPr>
            <w:r>
              <w:rPr>
                <w:b/>
              </w:rPr>
              <w:t>Related Federal Program / Award (if known)</w:t>
            </w:r>
          </w:p>
        </w:tc>
        <w:tc>
          <w:tcPr>
            <w:tcW w:w="7632" w:type="dxa"/>
            <w:tcBorders>
              <w:top w:val="single" w:sz="4" w:space="0" w:color="A9C4DA"/>
              <w:left w:val="single" w:sz="4" w:space="0" w:color="A9C4DA"/>
              <w:bottom w:val="single" w:sz="4" w:space="0" w:color="A9C4DA"/>
              <w:right w:val="single" w:sz="4" w:space="0" w:color="A9C4DA"/>
            </w:tcBorders>
            <w:tcMar>
              <w:top w:w="90" w:type="dxa"/>
              <w:left w:w="110" w:type="dxa"/>
              <w:bottom w:w="90" w:type="dxa"/>
              <w:right w:w="110" w:type="dxa"/>
            </w:tcMar>
          </w:tcPr>
          <w:p w14:paraId="59D0AFAC" w14:textId="77777777" w:rsidR="00CB5AEB" w:rsidRDefault="00526D12">
            <w:pPr>
              <w:spacing w:after="0"/>
            </w:pPr>
            <w:r>
              <w:t>____________________________________________________________</w:t>
            </w:r>
          </w:p>
        </w:tc>
      </w:tr>
      <w:tr w:rsidR="00CB5AEB" w14:paraId="3A88C344" w14:textId="77777777">
        <w:trPr>
          <w:jc w:val="center"/>
        </w:trPr>
        <w:tc>
          <w:tcPr>
            <w:tcW w:w="2880" w:type="dxa"/>
            <w:tcBorders>
              <w:top w:val="single" w:sz="4" w:space="0" w:color="A9C4DA"/>
              <w:left w:val="single" w:sz="4" w:space="0" w:color="A9C4DA"/>
              <w:bottom w:val="single" w:sz="4" w:space="0" w:color="A9C4DA"/>
              <w:right w:val="single" w:sz="4" w:space="0" w:color="A9C4DA"/>
            </w:tcBorders>
            <w:shd w:val="clear" w:color="auto" w:fill="D9EAF7"/>
            <w:tcMar>
              <w:top w:w="90" w:type="dxa"/>
              <w:left w:w="110" w:type="dxa"/>
              <w:bottom w:w="90" w:type="dxa"/>
              <w:right w:w="110" w:type="dxa"/>
            </w:tcMar>
          </w:tcPr>
          <w:p w14:paraId="5D88AAD2" w14:textId="77777777" w:rsidR="00CB5AEB" w:rsidRDefault="00526D12">
            <w:pPr>
              <w:spacing w:after="0"/>
            </w:pPr>
            <w:r>
              <w:rPr>
                <w:b/>
              </w:rPr>
              <w:t>Amount of Proposed Contract</w:t>
            </w:r>
          </w:p>
        </w:tc>
        <w:tc>
          <w:tcPr>
            <w:tcW w:w="7632" w:type="dxa"/>
            <w:tcBorders>
              <w:top w:val="single" w:sz="4" w:space="0" w:color="A9C4DA"/>
              <w:left w:val="single" w:sz="4" w:space="0" w:color="A9C4DA"/>
              <w:bottom w:val="single" w:sz="4" w:space="0" w:color="A9C4DA"/>
              <w:right w:val="single" w:sz="4" w:space="0" w:color="A9C4DA"/>
            </w:tcBorders>
            <w:tcMar>
              <w:top w:w="90" w:type="dxa"/>
              <w:left w:w="110" w:type="dxa"/>
              <w:bottom w:w="90" w:type="dxa"/>
              <w:right w:w="110" w:type="dxa"/>
            </w:tcMar>
          </w:tcPr>
          <w:p w14:paraId="5F0E16AD" w14:textId="77777777" w:rsidR="00CB5AEB" w:rsidRDefault="00526D12">
            <w:pPr>
              <w:spacing w:after="0"/>
            </w:pPr>
            <w:r>
              <w:t>________________________</w:t>
            </w:r>
          </w:p>
        </w:tc>
      </w:tr>
      <w:tr w:rsidR="00CB5AEB" w14:paraId="72E89F2F" w14:textId="77777777">
        <w:trPr>
          <w:jc w:val="center"/>
        </w:trPr>
        <w:tc>
          <w:tcPr>
            <w:tcW w:w="2880" w:type="dxa"/>
            <w:tcBorders>
              <w:top w:val="single" w:sz="4" w:space="0" w:color="A9C4DA"/>
              <w:left w:val="single" w:sz="4" w:space="0" w:color="A9C4DA"/>
              <w:bottom w:val="single" w:sz="4" w:space="0" w:color="A9C4DA"/>
              <w:right w:val="single" w:sz="4" w:space="0" w:color="A9C4DA"/>
            </w:tcBorders>
            <w:shd w:val="clear" w:color="auto" w:fill="D9EAF7"/>
            <w:tcMar>
              <w:top w:w="90" w:type="dxa"/>
              <w:left w:w="110" w:type="dxa"/>
              <w:bottom w:w="90" w:type="dxa"/>
              <w:right w:w="110" w:type="dxa"/>
            </w:tcMar>
          </w:tcPr>
          <w:p w14:paraId="2BB7C811" w14:textId="77777777" w:rsidR="00CB5AEB" w:rsidRDefault="00526D12">
            <w:pPr>
              <w:spacing w:after="0"/>
            </w:pPr>
            <w:r>
              <w:rPr>
                <w:b/>
              </w:rPr>
              <w:t>Attached SF-LLL</w:t>
            </w:r>
          </w:p>
        </w:tc>
        <w:tc>
          <w:tcPr>
            <w:tcW w:w="7632" w:type="dxa"/>
            <w:tcBorders>
              <w:top w:val="single" w:sz="4" w:space="0" w:color="A9C4DA"/>
              <w:left w:val="single" w:sz="4" w:space="0" w:color="A9C4DA"/>
              <w:bottom w:val="single" w:sz="4" w:space="0" w:color="A9C4DA"/>
              <w:right w:val="single" w:sz="4" w:space="0" w:color="A9C4DA"/>
            </w:tcBorders>
            <w:tcMar>
              <w:top w:w="90" w:type="dxa"/>
              <w:left w:w="110" w:type="dxa"/>
              <w:bottom w:w="90" w:type="dxa"/>
              <w:right w:w="110" w:type="dxa"/>
            </w:tcMar>
          </w:tcPr>
          <w:p w14:paraId="44830F24" w14:textId="77777777" w:rsidR="00CB5AEB" w:rsidRDefault="00526D12">
            <w:pPr>
              <w:spacing w:after="0"/>
            </w:pPr>
            <w:r>
              <w:t>[ ] Yes    [ ] No    [ ] Not Applicable</w:t>
            </w:r>
          </w:p>
        </w:tc>
      </w:tr>
    </w:tbl>
    <w:p w14:paraId="612FB65F" w14:textId="77777777" w:rsidR="00CB5AEB" w:rsidRDefault="00526D12">
      <w:pPr>
        <w:pStyle w:val="Heading1"/>
      </w:pPr>
      <w:r>
        <w:t>Authorized Certification</w:t>
      </w:r>
    </w:p>
    <w:p w14:paraId="7E7454B7" w14:textId="77777777" w:rsidR="00CB5AEB" w:rsidRDefault="00526D12">
      <w:pPr>
        <w:spacing w:after="160"/>
      </w:pPr>
      <w:r>
        <w:t>I acknowledge that this certification is a material representation of fact upon which reliance may be placed when the organization enters into a transaction. I certify that the statements above are true, complete, and accurate and that I am authorized to bind the vendor.</w:t>
      </w:r>
    </w:p>
    <w:tbl>
      <w:tblPr>
        <w:tblW w:w="0" w:type="auto"/>
        <w:jc w:val="center"/>
        <w:tblLayout w:type="fixed"/>
        <w:tblLook w:val="04A0" w:firstRow="1" w:lastRow="0" w:firstColumn="1" w:lastColumn="0" w:noHBand="0" w:noVBand="1"/>
      </w:tblPr>
      <w:tblGrid>
        <w:gridCol w:w="2880"/>
        <w:gridCol w:w="7632"/>
      </w:tblGrid>
      <w:tr w:rsidR="00CB5AEB" w14:paraId="0653A8B3" w14:textId="77777777">
        <w:trPr>
          <w:jc w:val="center"/>
        </w:trPr>
        <w:tc>
          <w:tcPr>
            <w:tcW w:w="2880" w:type="dxa"/>
            <w:tcBorders>
              <w:top w:val="single" w:sz="4" w:space="0" w:color="A9C4DA"/>
              <w:left w:val="single" w:sz="4" w:space="0" w:color="A9C4DA"/>
              <w:bottom w:val="single" w:sz="4" w:space="0" w:color="A9C4DA"/>
              <w:right w:val="single" w:sz="4" w:space="0" w:color="A9C4DA"/>
            </w:tcBorders>
            <w:shd w:val="clear" w:color="auto" w:fill="D9EAF7"/>
            <w:tcMar>
              <w:top w:w="90" w:type="dxa"/>
              <w:left w:w="110" w:type="dxa"/>
              <w:bottom w:w="90" w:type="dxa"/>
              <w:right w:w="110" w:type="dxa"/>
            </w:tcMar>
          </w:tcPr>
          <w:p w14:paraId="4FE2FA7F" w14:textId="77777777" w:rsidR="00CB5AEB" w:rsidRDefault="00526D12">
            <w:pPr>
              <w:spacing w:after="0"/>
            </w:pPr>
            <w:r>
              <w:rPr>
                <w:b/>
              </w:rPr>
              <w:lastRenderedPageBreak/>
              <w:t>Vendor Legal Name</w:t>
            </w:r>
          </w:p>
        </w:tc>
        <w:tc>
          <w:tcPr>
            <w:tcW w:w="7632" w:type="dxa"/>
            <w:tcBorders>
              <w:top w:val="single" w:sz="4" w:space="0" w:color="A9C4DA"/>
              <w:left w:val="single" w:sz="4" w:space="0" w:color="A9C4DA"/>
              <w:bottom w:val="single" w:sz="4" w:space="0" w:color="A9C4DA"/>
              <w:right w:val="single" w:sz="4" w:space="0" w:color="A9C4DA"/>
            </w:tcBorders>
            <w:tcMar>
              <w:top w:w="90" w:type="dxa"/>
              <w:left w:w="110" w:type="dxa"/>
              <w:bottom w:w="90" w:type="dxa"/>
              <w:right w:w="110" w:type="dxa"/>
            </w:tcMar>
          </w:tcPr>
          <w:p w14:paraId="51B0CA74" w14:textId="77777777" w:rsidR="00CB5AEB" w:rsidRDefault="00526D12">
            <w:pPr>
              <w:spacing w:after="0"/>
            </w:pPr>
            <w:r>
              <w:t>____________________________________________________________</w:t>
            </w:r>
          </w:p>
        </w:tc>
      </w:tr>
      <w:tr w:rsidR="00CB5AEB" w14:paraId="1ABD3680" w14:textId="77777777">
        <w:trPr>
          <w:jc w:val="center"/>
        </w:trPr>
        <w:tc>
          <w:tcPr>
            <w:tcW w:w="2880" w:type="dxa"/>
            <w:tcBorders>
              <w:top w:val="single" w:sz="4" w:space="0" w:color="A9C4DA"/>
              <w:left w:val="single" w:sz="4" w:space="0" w:color="A9C4DA"/>
              <w:bottom w:val="single" w:sz="4" w:space="0" w:color="A9C4DA"/>
              <w:right w:val="single" w:sz="4" w:space="0" w:color="A9C4DA"/>
            </w:tcBorders>
            <w:shd w:val="clear" w:color="auto" w:fill="D9EAF7"/>
            <w:tcMar>
              <w:top w:w="90" w:type="dxa"/>
              <w:left w:w="110" w:type="dxa"/>
              <w:bottom w:w="90" w:type="dxa"/>
              <w:right w:w="110" w:type="dxa"/>
            </w:tcMar>
          </w:tcPr>
          <w:p w14:paraId="527B855C" w14:textId="77777777" w:rsidR="00CB5AEB" w:rsidRDefault="00526D12">
            <w:pPr>
              <w:spacing w:after="0"/>
            </w:pPr>
            <w:r>
              <w:rPr>
                <w:b/>
              </w:rPr>
              <w:t>Authorized Representative</w:t>
            </w:r>
          </w:p>
        </w:tc>
        <w:tc>
          <w:tcPr>
            <w:tcW w:w="7632" w:type="dxa"/>
            <w:tcBorders>
              <w:top w:val="single" w:sz="4" w:space="0" w:color="A9C4DA"/>
              <w:left w:val="single" w:sz="4" w:space="0" w:color="A9C4DA"/>
              <w:bottom w:val="single" w:sz="4" w:space="0" w:color="A9C4DA"/>
              <w:right w:val="single" w:sz="4" w:space="0" w:color="A9C4DA"/>
            </w:tcBorders>
            <w:tcMar>
              <w:top w:w="90" w:type="dxa"/>
              <w:left w:w="110" w:type="dxa"/>
              <w:bottom w:w="90" w:type="dxa"/>
              <w:right w:w="110" w:type="dxa"/>
            </w:tcMar>
          </w:tcPr>
          <w:p w14:paraId="67B80C50" w14:textId="77777777" w:rsidR="00CB5AEB" w:rsidRDefault="00526D12">
            <w:pPr>
              <w:spacing w:after="0"/>
            </w:pPr>
            <w:r>
              <w:t>____________________________________________________________</w:t>
            </w:r>
          </w:p>
        </w:tc>
      </w:tr>
      <w:tr w:rsidR="00CB5AEB" w14:paraId="1257BBD9" w14:textId="77777777">
        <w:trPr>
          <w:jc w:val="center"/>
        </w:trPr>
        <w:tc>
          <w:tcPr>
            <w:tcW w:w="2880" w:type="dxa"/>
            <w:tcBorders>
              <w:top w:val="single" w:sz="4" w:space="0" w:color="A9C4DA"/>
              <w:left w:val="single" w:sz="4" w:space="0" w:color="A9C4DA"/>
              <w:bottom w:val="single" w:sz="4" w:space="0" w:color="A9C4DA"/>
              <w:right w:val="single" w:sz="4" w:space="0" w:color="A9C4DA"/>
            </w:tcBorders>
            <w:shd w:val="clear" w:color="auto" w:fill="D9EAF7"/>
            <w:tcMar>
              <w:top w:w="90" w:type="dxa"/>
              <w:left w:w="110" w:type="dxa"/>
              <w:bottom w:w="90" w:type="dxa"/>
              <w:right w:w="110" w:type="dxa"/>
            </w:tcMar>
          </w:tcPr>
          <w:p w14:paraId="67E09361" w14:textId="77777777" w:rsidR="00CB5AEB" w:rsidRDefault="00526D12">
            <w:pPr>
              <w:spacing w:after="0"/>
            </w:pPr>
            <w:r>
              <w:rPr>
                <w:b/>
              </w:rPr>
              <w:t>Title</w:t>
            </w:r>
          </w:p>
        </w:tc>
        <w:tc>
          <w:tcPr>
            <w:tcW w:w="7632" w:type="dxa"/>
            <w:tcBorders>
              <w:top w:val="single" w:sz="4" w:space="0" w:color="A9C4DA"/>
              <w:left w:val="single" w:sz="4" w:space="0" w:color="A9C4DA"/>
              <w:bottom w:val="single" w:sz="4" w:space="0" w:color="A9C4DA"/>
              <w:right w:val="single" w:sz="4" w:space="0" w:color="A9C4DA"/>
            </w:tcBorders>
            <w:tcMar>
              <w:top w:w="90" w:type="dxa"/>
              <w:left w:w="110" w:type="dxa"/>
              <w:bottom w:w="90" w:type="dxa"/>
              <w:right w:w="110" w:type="dxa"/>
            </w:tcMar>
          </w:tcPr>
          <w:p w14:paraId="2D82EA00" w14:textId="77777777" w:rsidR="00CB5AEB" w:rsidRDefault="00526D12">
            <w:pPr>
              <w:spacing w:after="0"/>
            </w:pPr>
            <w:r>
              <w:t>____________________________________________________________</w:t>
            </w:r>
          </w:p>
        </w:tc>
      </w:tr>
      <w:tr w:rsidR="00CB5AEB" w14:paraId="1B8FB838" w14:textId="77777777">
        <w:trPr>
          <w:jc w:val="center"/>
        </w:trPr>
        <w:tc>
          <w:tcPr>
            <w:tcW w:w="2880" w:type="dxa"/>
            <w:tcBorders>
              <w:top w:val="single" w:sz="4" w:space="0" w:color="A9C4DA"/>
              <w:left w:val="single" w:sz="4" w:space="0" w:color="A9C4DA"/>
              <w:bottom w:val="single" w:sz="4" w:space="0" w:color="A9C4DA"/>
              <w:right w:val="single" w:sz="4" w:space="0" w:color="A9C4DA"/>
            </w:tcBorders>
            <w:shd w:val="clear" w:color="auto" w:fill="D9EAF7"/>
            <w:tcMar>
              <w:top w:w="90" w:type="dxa"/>
              <w:left w:w="110" w:type="dxa"/>
              <w:bottom w:w="90" w:type="dxa"/>
              <w:right w:w="110" w:type="dxa"/>
            </w:tcMar>
          </w:tcPr>
          <w:p w14:paraId="4ACE3000" w14:textId="77777777" w:rsidR="00CB5AEB" w:rsidRDefault="00526D12">
            <w:pPr>
              <w:spacing w:after="0"/>
            </w:pPr>
            <w:r>
              <w:rPr>
                <w:b/>
              </w:rPr>
              <w:t>Signature</w:t>
            </w:r>
          </w:p>
        </w:tc>
        <w:tc>
          <w:tcPr>
            <w:tcW w:w="7632" w:type="dxa"/>
            <w:tcBorders>
              <w:top w:val="single" w:sz="4" w:space="0" w:color="A9C4DA"/>
              <w:left w:val="single" w:sz="4" w:space="0" w:color="A9C4DA"/>
              <w:bottom w:val="single" w:sz="4" w:space="0" w:color="A9C4DA"/>
              <w:right w:val="single" w:sz="4" w:space="0" w:color="A9C4DA"/>
            </w:tcBorders>
            <w:tcMar>
              <w:top w:w="90" w:type="dxa"/>
              <w:left w:w="110" w:type="dxa"/>
              <w:bottom w:w="90" w:type="dxa"/>
              <w:right w:w="110" w:type="dxa"/>
            </w:tcMar>
          </w:tcPr>
          <w:p w14:paraId="6314445E" w14:textId="77777777" w:rsidR="00CB5AEB" w:rsidRDefault="00526D12">
            <w:pPr>
              <w:spacing w:after="0"/>
            </w:pPr>
            <w:r>
              <w:t>____________________________________________________________</w:t>
            </w:r>
          </w:p>
        </w:tc>
      </w:tr>
      <w:tr w:rsidR="00CB5AEB" w14:paraId="181CAE5E" w14:textId="77777777">
        <w:trPr>
          <w:jc w:val="center"/>
        </w:trPr>
        <w:tc>
          <w:tcPr>
            <w:tcW w:w="2880" w:type="dxa"/>
            <w:tcBorders>
              <w:top w:val="single" w:sz="4" w:space="0" w:color="A9C4DA"/>
              <w:left w:val="single" w:sz="4" w:space="0" w:color="A9C4DA"/>
              <w:bottom w:val="single" w:sz="4" w:space="0" w:color="A9C4DA"/>
              <w:right w:val="single" w:sz="4" w:space="0" w:color="A9C4DA"/>
            </w:tcBorders>
            <w:shd w:val="clear" w:color="auto" w:fill="D9EAF7"/>
            <w:tcMar>
              <w:top w:w="90" w:type="dxa"/>
              <w:left w:w="110" w:type="dxa"/>
              <w:bottom w:w="90" w:type="dxa"/>
              <w:right w:w="110" w:type="dxa"/>
            </w:tcMar>
          </w:tcPr>
          <w:p w14:paraId="739B0FA9" w14:textId="77777777" w:rsidR="00CB5AEB" w:rsidRDefault="00526D12">
            <w:pPr>
              <w:spacing w:after="0"/>
            </w:pPr>
            <w:r>
              <w:rPr>
                <w:b/>
              </w:rPr>
              <w:t>Date</w:t>
            </w:r>
          </w:p>
        </w:tc>
        <w:tc>
          <w:tcPr>
            <w:tcW w:w="7632" w:type="dxa"/>
            <w:tcBorders>
              <w:top w:val="single" w:sz="4" w:space="0" w:color="A9C4DA"/>
              <w:left w:val="single" w:sz="4" w:space="0" w:color="A9C4DA"/>
              <w:bottom w:val="single" w:sz="4" w:space="0" w:color="A9C4DA"/>
              <w:right w:val="single" w:sz="4" w:space="0" w:color="A9C4DA"/>
            </w:tcBorders>
            <w:tcMar>
              <w:top w:w="90" w:type="dxa"/>
              <w:left w:w="110" w:type="dxa"/>
              <w:bottom w:w="90" w:type="dxa"/>
              <w:right w:w="110" w:type="dxa"/>
            </w:tcMar>
          </w:tcPr>
          <w:p w14:paraId="1EB4C600" w14:textId="77777777" w:rsidR="00CB5AEB" w:rsidRDefault="00526D12">
            <w:pPr>
              <w:spacing w:after="0"/>
            </w:pPr>
            <w:r>
              <w:t>________________________</w:t>
            </w:r>
          </w:p>
        </w:tc>
      </w:tr>
      <w:tr w:rsidR="00CB5AEB" w14:paraId="33B795DC" w14:textId="77777777">
        <w:trPr>
          <w:jc w:val="center"/>
        </w:trPr>
        <w:tc>
          <w:tcPr>
            <w:tcW w:w="2880" w:type="dxa"/>
            <w:tcBorders>
              <w:top w:val="single" w:sz="4" w:space="0" w:color="A9C4DA"/>
              <w:left w:val="single" w:sz="4" w:space="0" w:color="A9C4DA"/>
              <w:bottom w:val="single" w:sz="4" w:space="0" w:color="A9C4DA"/>
              <w:right w:val="single" w:sz="4" w:space="0" w:color="A9C4DA"/>
            </w:tcBorders>
            <w:shd w:val="clear" w:color="auto" w:fill="D9EAF7"/>
            <w:tcMar>
              <w:top w:w="90" w:type="dxa"/>
              <w:left w:w="110" w:type="dxa"/>
              <w:bottom w:w="90" w:type="dxa"/>
              <w:right w:w="110" w:type="dxa"/>
            </w:tcMar>
          </w:tcPr>
          <w:p w14:paraId="1F5A00C0" w14:textId="77777777" w:rsidR="00CB5AEB" w:rsidRDefault="00526D12">
            <w:pPr>
              <w:spacing w:after="0"/>
            </w:pPr>
            <w:r>
              <w:rPr>
                <w:b/>
              </w:rPr>
              <w:t>Email / Telephone</w:t>
            </w:r>
          </w:p>
        </w:tc>
        <w:tc>
          <w:tcPr>
            <w:tcW w:w="7632" w:type="dxa"/>
            <w:tcBorders>
              <w:top w:val="single" w:sz="4" w:space="0" w:color="A9C4DA"/>
              <w:left w:val="single" w:sz="4" w:space="0" w:color="A9C4DA"/>
              <w:bottom w:val="single" w:sz="4" w:space="0" w:color="A9C4DA"/>
              <w:right w:val="single" w:sz="4" w:space="0" w:color="A9C4DA"/>
            </w:tcBorders>
            <w:tcMar>
              <w:top w:w="90" w:type="dxa"/>
              <w:left w:w="110" w:type="dxa"/>
              <w:bottom w:w="90" w:type="dxa"/>
              <w:right w:w="110" w:type="dxa"/>
            </w:tcMar>
          </w:tcPr>
          <w:p w14:paraId="5ADB8CDB" w14:textId="77777777" w:rsidR="00CB5AEB" w:rsidRDefault="00526D12">
            <w:pPr>
              <w:spacing w:after="0"/>
            </w:pPr>
            <w:r>
              <w:t>____________________________________________________________</w:t>
            </w:r>
          </w:p>
        </w:tc>
      </w:tr>
    </w:tbl>
    <w:p w14:paraId="24FCECC5" w14:textId="77777777" w:rsidR="00CB5AEB" w:rsidRDefault="00526D12">
      <w:pPr>
        <w:spacing w:before="160" w:after="0"/>
      </w:pPr>
      <w:r>
        <w:rPr>
          <w:i/>
          <w:sz w:val="20"/>
        </w:rPr>
        <w:t>False statements or material omissions may result in rejection of the proposal, termination of an award, repayment obligations, suspension or debarment, and other remedies available under applicable law.</w:t>
      </w:r>
    </w:p>
    <w:sectPr w:rsidR="00CB5AEB" w:rsidSect="00034616">
      <w:headerReference w:type="default" r:id="rId11"/>
      <w:footerReference w:type="default" r:id="rId12"/>
      <w:pgSz w:w="12240" w:h="15840"/>
      <w:pgMar w:top="936" w:right="1080" w:bottom="936" w:left="1080" w:header="360" w:footer="43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084094" w14:textId="77777777" w:rsidR="00526D12" w:rsidRDefault="00526D12">
      <w:pPr>
        <w:spacing w:after="0"/>
      </w:pPr>
      <w:r>
        <w:separator/>
      </w:r>
    </w:p>
  </w:endnote>
  <w:endnote w:type="continuationSeparator" w:id="0">
    <w:p w14:paraId="1287759E" w14:textId="77777777" w:rsidR="00526D12" w:rsidRDefault="00526D12">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43B922" w14:textId="13548460" w:rsidR="00CB5AEB" w:rsidRDefault="00526D12">
    <w:pPr>
      <w:pStyle w:val="Footer"/>
      <w:jc w:val="center"/>
    </w:pPr>
    <w:r>
      <w:rPr>
        <w:sz w:val="18"/>
      </w:rPr>
      <w:t xml:space="preserve">[Organization </w:t>
    </w:r>
    <w:proofErr w:type="gramStart"/>
    <w:r>
      <w:rPr>
        <w:sz w:val="18"/>
      </w:rPr>
      <w:t>Name]  |</w:t>
    </w:r>
    <w:proofErr w:type="gramEnd"/>
    <w:r>
      <w:rPr>
        <w:sz w:val="18"/>
      </w:rPr>
      <w:t xml:space="preserve">  Page </w:t>
    </w:r>
    <w:r>
      <w:rPr>
        <w:sz w:val="18"/>
      </w:rPr>
      <w:fldChar w:fldCharType="begin"/>
    </w:r>
    <w:r>
      <w:rPr>
        <w:sz w:val="18"/>
      </w:rPr>
      <w:instrText>PAGE</w:instrText>
    </w:r>
    <w:r w:rsidR="002174A8">
      <w:rPr>
        <w:sz w:val="18"/>
      </w:rPr>
      <w:fldChar w:fldCharType="separate"/>
    </w:r>
    <w:r w:rsidR="002174A8">
      <w:rPr>
        <w:noProof/>
        <w:sz w:val="18"/>
      </w:rPr>
      <w:t>1</w:t>
    </w:r>
    <w:r>
      <w:rPr>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8E3946" w14:textId="77777777" w:rsidR="00526D12" w:rsidRDefault="00526D12">
      <w:pPr>
        <w:spacing w:after="0"/>
      </w:pPr>
      <w:r>
        <w:separator/>
      </w:r>
    </w:p>
  </w:footnote>
  <w:footnote w:type="continuationSeparator" w:id="0">
    <w:p w14:paraId="6D6F996E" w14:textId="77777777" w:rsidR="00526D12" w:rsidRDefault="00526D12">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7F4CF6" w14:textId="77777777" w:rsidR="00CB5AEB" w:rsidRDefault="00526D12">
    <w:pPr>
      <w:pStyle w:val="Header"/>
      <w:jc w:val="center"/>
    </w:pPr>
    <w:r>
      <w:rPr>
        <w:b/>
        <w:color w:val="1F4E78"/>
        <w:sz w:val="18"/>
      </w:rPr>
      <w:t>FEDERALLY FUNDED PROCUREMENT - VENDOR ATTACHMENT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655960000">
    <w:abstractNumId w:val="8"/>
  </w:num>
  <w:num w:numId="2" w16cid:durableId="94717521">
    <w:abstractNumId w:val="6"/>
  </w:num>
  <w:num w:numId="3" w16cid:durableId="558635134">
    <w:abstractNumId w:val="5"/>
  </w:num>
  <w:num w:numId="4" w16cid:durableId="957446367">
    <w:abstractNumId w:val="4"/>
  </w:num>
  <w:num w:numId="5" w16cid:durableId="1071580519">
    <w:abstractNumId w:val="7"/>
  </w:num>
  <w:num w:numId="6" w16cid:durableId="1678918297">
    <w:abstractNumId w:val="3"/>
  </w:num>
  <w:num w:numId="7" w16cid:durableId="965891577">
    <w:abstractNumId w:val="2"/>
  </w:num>
  <w:num w:numId="8" w16cid:durableId="1594701681">
    <w:abstractNumId w:val="1"/>
  </w:num>
  <w:num w:numId="9" w16cid:durableId="57543767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15074B"/>
    <w:rsid w:val="002174A8"/>
    <w:rsid w:val="0029639D"/>
    <w:rsid w:val="00326F90"/>
    <w:rsid w:val="00526D12"/>
    <w:rsid w:val="00794EA3"/>
    <w:rsid w:val="00AA1D8D"/>
    <w:rsid w:val="00B47730"/>
    <w:rsid w:val="00CB0664"/>
    <w:rsid w:val="00CB5AEB"/>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4062061"/>
  <w14:defaultImageDpi w14:val="300"/>
  <w15:docId w15:val="{9BD63325-6E9A-4BDE-81A2-49D0E63C4D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pPr>
      <w:spacing w:after="120" w:line="240" w:lineRule="auto"/>
    </w:pPr>
    <w:rPr>
      <w:rFonts w:ascii="Times New Roman" w:eastAsia="Times New Roman" w:hAnsi="Times New Roman"/>
      <w:sz w:val="24"/>
    </w:rPr>
  </w:style>
  <w:style w:type="paragraph" w:styleId="Heading1">
    <w:name w:val="heading 1"/>
    <w:basedOn w:val="Normal"/>
    <w:next w:val="Normal"/>
    <w:link w:val="Heading1Char"/>
    <w:uiPriority w:val="9"/>
    <w:qFormat/>
    <w:rsid w:val="00FC693F"/>
    <w:pPr>
      <w:keepNext/>
      <w:keepLines/>
      <w:spacing w:before="160" w:after="80"/>
      <w:outlineLvl w:val="0"/>
    </w:pPr>
    <w:rPr>
      <w:rFonts w:asciiTheme="majorHAnsi" w:eastAsiaTheme="majorEastAsia" w:hAnsiTheme="majorHAnsi" w:cstheme="majorBidi"/>
      <w:b/>
      <w:bCs/>
      <w:color w:val="1F4E78"/>
      <w:sz w:val="26"/>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1F4E78"/>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contextualSpacing/>
    </w:pPr>
    <w:rPr>
      <w:rFonts w:asciiTheme="majorHAnsi" w:eastAsiaTheme="majorEastAsia" w:hAnsiTheme="majorHAnsi" w:cstheme="majorBidi"/>
      <w:b/>
      <w:color w:val="1F4E78"/>
      <w:spacing w:val="5"/>
      <w:kern w:val="28"/>
      <w:sz w:val="3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ind w:left="360"/>
      <w:contextualSpacing/>
    </w:pPr>
  </w:style>
  <w:style w:type="paragraph" w:styleId="ListContinue2">
    <w:name w:val="List Continue 2"/>
    <w:basedOn w:val="Normal"/>
    <w:uiPriority w:val="99"/>
    <w:unhideWhenUsed/>
    <w:rsid w:val="0029639D"/>
    <w:pPr>
      <w:ind w:left="720"/>
      <w:contextualSpacing/>
    </w:pPr>
  </w:style>
  <w:style w:type="paragraph" w:styleId="ListContinue3">
    <w:name w:val="List Continue 3"/>
    <w:basedOn w:val="Normal"/>
    <w:uiPriority w:val="99"/>
    <w:unhideWhenUsed/>
    <w:rsid w:val="0029639D"/>
    <w:pPr>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20175590CDBDB241AC0C03229F5498DA" ma:contentTypeVersion="14" ma:contentTypeDescription="Create a new document." ma:contentTypeScope="" ma:versionID="5b8420f77bdbc2675c648cc95c0f159f">
  <xsd:schema xmlns:xsd="http://www.w3.org/2001/XMLSchema" xmlns:xs="http://www.w3.org/2001/XMLSchema" xmlns:p="http://schemas.microsoft.com/office/2006/metadata/properties" xmlns:ns2="3d9ca16e-9570-47b3-a379-e7537bfb8936" xmlns:ns3="124606d7-49d7-400c-8cf5-f3b103e9f6a0" targetNamespace="http://schemas.microsoft.com/office/2006/metadata/properties" ma:root="true" ma:fieldsID="47f9ffce19efef7fbba75046e2589cdd" ns2:_="" ns3:_="">
    <xsd:import namespace="3d9ca16e-9570-47b3-a379-e7537bfb8936"/>
    <xsd:import namespace="124606d7-49d7-400c-8cf5-f3b103e9f6a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BillingMetadata"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d9ca16e-9570-47b3-a379-e7537bfb893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35ec8602-a028-4c41-b2f7-5169498f54ab"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BillingMetadata" ma:index="20" nillable="true" ma:displayName="MediaServiceBillingMetadata" ma:hidden="true" ma:internalName="MediaServiceBillingMetadata" ma:readOnly="true">
      <xsd:simpleType>
        <xsd:restriction base="dms:Note"/>
      </xsd:simpleType>
    </xsd:element>
    <xsd:element name="MediaServiceLocation" ma:index="21"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24606d7-49d7-400c-8cf5-f3b103e9f6a0"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688739f0-fb38-4951-b0ed-d4fa664de2d0}" ma:internalName="TaxCatchAll" ma:showField="CatchAllData" ma:web="124606d7-49d7-400c-8cf5-f3b103e9f6a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124606d7-49d7-400c-8cf5-f3b103e9f6a0" xsi:nil="true"/>
    <lcf76f155ced4ddcb4097134ff3c332f xmlns="3d9ca16e-9570-47b3-a379-e7537bfb8936">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customXml/itemProps2.xml><?xml version="1.0" encoding="utf-8"?>
<ds:datastoreItem xmlns:ds="http://schemas.openxmlformats.org/officeDocument/2006/customXml" ds:itemID="{FED279FA-E6A6-4D17-80A5-9D6910536DD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d9ca16e-9570-47b3-a379-e7537bfb8936"/>
    <ds:schemaRef ds:uri="124606d7-49d7-400c-8cf5-f3b103e9f6a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95B1F25-198D-47E8-834A-08D471D73E19}">
  <ds:schemaRefs>
    <ds:schemaRef ds:uri="http://schemas.microsoft.com/office/2006/metadata/properties"/>
    <ds:schemaRef ds:uri="http://schemas.microsoft.com/office/infopath/2007/PartnerControls"/>
    <ds:schemaRef ds:uri="124606d7-49d7-400c-8cf5-f3b103e9f6a0"/>
    <ds:schemaRef ds:uri="3d9ca16e-9570-47b3-a379-e7537bfb8936"/>
  </ds:schemaRefs>
</ds:datastoreItem>
</file>

<file path=customXml/itemProps4.xml><?xml version="1.0" encoding="utf-8"?>
<ds:datastoreItem xmlns:ds="http://schemas.openxmlformats.org/officeDocument/2006/customXml" ds:itemID="{953898A3-08F2-4585-9BCD-4DEC8734E3C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478</Words>
  <Characters>2730</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3202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Whitney Gray</cp:lastModifiedBy>
  <cp:revision>2</cp:revision>
  <dcterms:created xsi:type="dcterms:W3CDTF">2013-12-23T23:15:00Z</dcterms:created>
  <dcterms:modified xsi:type="dcterms:W3CDTF">2026-07-21T14:26:00Z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0x01010020175590CDBDB241AC0C03229F5498DA</vt:lpwstr>
  </property>
  <property fmtid="{D5CDD505-2E9C-101B-9397-08002B2CF9AE}" pid="3" name="MediaServiceImageTags">
    <vt:lpwstr/>
  </property>
</Properties>
</file>