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369BF" w14:textId="77777777" w:rsidR="00B17F8B" w:rsidRDefault="00000000">
      <w:pPr>
        <w:pStyle w:val="Title"/>
        <w:jc w:val="center"/>
      </w:pPr>
      <w:r>
        <w:t>Certification Regarding Debarment, Suspension, and Federal Exclusion</w:t>
      </w:r>
    </w:p>
    <w:p w14:paraId="06CCAD11" w14:textId="77777777" w:rsidR="00B17F8B" w:rsidRDefault="00000000">
      <w:pPr>
        <w:spacing w:after="160"/>
        <w:jc w:val="center"/>
      </w:pPr>
      <w:r>
        <w:rPr>
          <w:i/>
          <w:sz w:val="22"/>
        </w:rPr>
        <w:t>To be completed and submitted by the responding vendor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56"/>
        <w:gridCol w:w="3672"/>
        <w:gridCol w:w="1656"/>
        <w:gridCol w:w="3672"/>
      </w:tblGrid>
      <w:tr w:rsidR="00B17F8B" w14:paraId="1FC73212" w14:textId="77777777">
        <w:trPr>
          <w:jc w:val="center"/>
        </w:trPr>
        <w:tc>
          <w:tcPr>
            <w:tcW w:w="1656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180F22" w14:textId="77777777" w:rsidR="00B17F8B" w:rsidRPr="00AE34A1" w:rsidRDefault="00000000">
            <w:pPr>
              <w:spacing w:after="0"/>
              <w:rPr>
                <w:sz w:val="22"/>
                <w:szCs w:val="24"/>
              </w:rPr>
            </w:pPr>
            <w:r w:rsidRPr="00AE34A1">
              <w:rPr>
                <w:b/>
                <w:sz w:val="22"/>
                <w:szCs w:val="24"/>
              </w:rPr>
              <w:t>Organization:</w:t>
            </w:r>
          </w:p>
        </w:tc>
        <w:tc>
          <w:tcPr>
            <w:tcW w:w="367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0980C4" w14:textId="77777777" w:rsidR="00B17F8B" w:rsidRDefault="00000000">
            <w:pPr>
              <w:spacing w:after="0"/>
            </w:pPr>
            <w:r>
              <w:rPr>
                <w:sz w:val="21"/>
              </w:rPr>
              <w:t>[Organization Name]</w:t>
            </w:r>
          </w:p>
        </w:tc>
        <w:tc>
          <w:tcPr>
            <w:tcW w:w="1656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9DAAF6" w14:textId="77777777" w:rsidR="00B17F8B" w:rsidRPr="00AE34A1" w:rsidRDefault="00000000">
            <w:pPr>
              <w:spacing w:after="0"/>
              <w:rPr>
                <w:sz w:val="22"/>
                <w:szCs w:val="24"/>
              </w:rPr>
            </w:pPr>
            <w:r w:rsidRPr="00AE34A1">
              <w:rPr>
                <w:b/>
                <w:sz w:val="22"/>
                <w:szCs w:val="24"/>
              </w:rPr>
              <w:t>Solicitation No.:</w:t>
            </w:r>
          </w:p>
        </w:tc>
        <w:tc>
          <w:tcPr>
            <w:tcW w:w="367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B444FA" w14:textId="77777777" w:rsidR="00B17F8B" w:rsidRDefault="00000000">
            <w:pPr>
              <w:spacing w:after="0"/>
            </w:pPr>
            <w:r>
              <w:rPr>
                <w:sz w:val="21"/>
              </w:rPr>
              <w:t>________________________</w:t>
            </w:r>
          </w:p>
        </w:tc>
      </w:tr>
      <w:tr w:rsidR="00B17F8B" w14:paraId="58DA090C" w14:textId="77777777">
        <w:trPr>
          <w:jc w:val="center"/>
        </w:trPr>
        <w:tc>
          <w:tcPr>
            <w:tcW w:w="1656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D8A1B3" w14:textId="77777777" w:rsidR="00B17F8B" w:rsidRPr="00AE34A1" w:rsidRDefault="00000000">
            <w:pPr>
              <w:spacing w:after="0"/>
              <w:rPr>
                <w:sz w:val="22"/>
                <w:szCs w:val="24"/>
              </w:rPr>
            </w:pPr>
            <w:r w:rsidRPr="00AE34A1">
              <w:rPr>
                <w:b/>
                <w:sz w:val="22"/>
                <w:szCs w:val="24"/>
              </w:rPr>
              <w:t>Solicitation Title:</w:t>
            </w:r>
          </w:p>
        </w:tc>
        <w:tc>
          <w:tcPr>
            <w:tcW w:w="367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C01C9C" w14:textId="77777777" w:rsidR="00B17F8B" w:rsidRDefault="00000000">
            <w:pPr>
              <w:spacing w:after="0"/>
            </w:pPr>
            <w:r>
              <w:rPr>
                <w:sz w:val="21"/>
              </w:rPr>
              <w:t>________________________</w:t>
            </w:r>
          </w:p>
        </w:tc>
        <w:tc>
          <w:tcPr>
            <w:tcW w:w="1656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163236" w14:textId="77777777" w:rsidR="00B17F8B" w:rsidRPr="00AE34A1" w:rsidRDefault="00000000">
            <w:pPr>
              <w:spacing w:after="0"/>
              <w:rPr>
                <w:sz w:val="22"/>
                <w:szCs w:val="24"/>
              </w:rPr>
            </w:pPr>
            <w:r w:rsidRPr="00AE34A1">
              <w:rPr>
                <w:b/>
                <w:sz w:val="22"/>
                <w:szCs w:val="24"/>
              </w:rPr>
              <w:t>Proposal Due Date:</w:t>
            </w:r>
          </w:p>
        </w:tc>
        <w:tc>
          <w:tcPr>
            <w:tcW w:w="367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911B89" w14:textId="77777777" w:rsidR="00B17F8B" w:rsidRDefault="00000000">
            <w:pPr>
              <w:spacing w:after="0"/>
            </w:pPr>
            <w:r>
              <w:rPr>
                <w:sz w:val="21"/>
              </w:rPr>
              <w:t>________________________</w:t>
            </w:r>
          </w:p>
        </w:tc>
      </w:tr>
    </w:tbl>
    <w:p w14:paraId="3F99E6A1" w14:textId="77777777" w:rsidR="00B17F8B" w:rsidRDefault="00B17F8B">
      <w:pPr>
        <w:spacing w:after="0"/>
      </w:pPr>
    </w:p>
    <w:p w14:paraId="0E317D17" w14:textId="77777777" w:rsidR="00B17F8B" w:rsidRDefault="00000000">
      <w:pPr>
        <w:spacing w:before="80" w:after="160"/>
      </w:pPr>
      <w:r>
        <w:rPr>
          <w:b/>
          <w:color w:val="1F4E78"/>
        </w:rPr>
        <w:t xml:space="preserve">Regulatory basis: </w:t>
      </w:r>
      <w:r>
        <w:t>2 CFR 200.214; 2 CFR 200.318(h); 2 CFR part 180, including 2 CFR 180.220 and 180.300; Appendix II to 2 CFR part 200, paragraph (H).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B17F8B" w14:paraId="2E2B86D4" w14:textId="77777777">
        <w:trPr>
          <w:jc w:val="center"/>
        </w:trPr>
        <w:tc>
          <w:tcPr>
            <w:tcW w:w="10080" w:type="dxa"/>
            <w:tcBorders>
              <w:top w:val="single" w:sz="8" w:space="0" w:color="1F4E78"/>
              <w:left w:val="single" w:sz="8" w:space="0" w:color="1F4E78"/>
              <w:bottom w:val="single" w:sz="8" w:space="0" w:color="1F4E78"/>
              <w:right w:val="single" w:sz="8" w:space="0" w:color="1F4E78"/>
            </w:tcBorders>
            <w:shd w:val="clear" w:color="auto" w:fill="EEF5F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B98A397" w14:textId="77777777" w:rsidR="00B17F8B" w:rsidRDefault="00000000">
            <w:pPr>
              <w:spacing w:after="60"/>
            </w:pPr>
            <w:r>
              <w:rPr>
                <w:b/>
                <w:color w:val="1F4E78"/>
              </w:rPr>
              <w:t>Purpose</w:t>
            </w:r>
          </w:p>
          <w:p w14:paraId="49C88F3A" w14:textId="77777777" w:rsidR="00B17F8B" w:rsidRDefault="00000000">
            <w:pPr>
              <w:spacing w:after="0"/>
            </w:pPr>
            <w:r>
              <w:t>A contract award subject to the federal suspension and debarment rules must not be made to a party listed as excluded in the System for Award Management (SAM.gov), unless an authorized exception applies. The organization may independently verify the vendor and its principals in SAM.gov.</w:t>
            </w:r>
          </w:p>
        </w:tc>
      </w:tr>
    </w:tbl>
    <w:p w14:paraId="56E035ED" w14:textId="77777777" w:rsidR="00B17F8B" w:rsidRDefault="00000000">
      <w:pPr>
        <w:pStyle w:val="Heading1"/>
      </w:pPr>
      <w:r>
        <w:t>Vendor and Principal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632"/>
      </w:tblGrid>
      <w:tr w:rsidR="00B17F8B" w14:paraId="6FE2F5E7" w14:textId="77777777">
        <w:trPr>
          <w:jc w:val="center"/>
        </w:trPr>
        <w:tc>
          <w:tcPr>
            <w:tcW w:w="2880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281A6CD" w14:textId="77777777" w:rsidR="00B17F8B" w:rsidRDefault="00000000">
            <w:pPr>
              <w:spacing w:after="0"/>
            </w:pPr>
            <w:r>
              <w:rPr>
                <w:b/>
              </w:rPr>
              <w:t>Vendor Legal Name</w:t>
            </w:r>
          </w:p>
        </w:tc>
        <w:tc>
          <w:tcPr>
            <w:tcW w:w="763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2E90147" w14:textId="77777777" w:rsidR="00B17F8B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B17F8B" w14:paraId="2ABB6469" w14:textId="77777777">
        <w:trPr>
          <w:jc w:val="center"/>
        </w:trPr>
        <w:tc>
          <w:tcPr>
            <w:tcW w:w="2880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1009B85" w14:textId="77777777" w:rsidR="00B17F8B" w:rsidRDefault="00000000">
            <w:pPr>
              <w:spacing w:after="0"/>
            </w:pPr>
            <w:r>
              <w:rPr>
                <w:b/>
              </w:rPr>
              <w:t>UEI</w:t>
            </w:r>
          </w:p>
        </w:tc>
        <w:tc>
          <w:tcPr>
            <w:tcW w:w="763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F5B4037" w14:textId="77777777" w:rsidR="00B17F8B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B17F8B" w14:paraId="6C9CA4D7" w14:textId="77777777">
        <w:trPr>
          <w:jc w:val="center"/>
        </w:trPr>
        <w:tc>
          <w:tcPr>
            <w:tcW w:w="2880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207CF3B" w14:textId="77777777" w:rsidR="00B17F8B" w:rsidRDefault="00000000">
            <w:pPr>
              <w:spacing w:after="0"/>
            </w:pPr>
            <w:r>
              <w:rPr>
                <w:b/>
              </w:rPr>
              <w:t>CAGE Code (if applicable)</w:t>
            </w:r>
          </w:p>
        </w:tc>
        <w:tc>
          <w:tcPr>
            <w:tcW w:w="763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0A60864" w14:textId="77777777" w:rsidR="00B17F8B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B17F8B" w14:paraId="507DA5E7" w14:textId="77777777">
        <w:trPr>
          <w:jc w:val="center"/>
        </w:trPr>
        <w:tc>
          <w:tcPr>
            <w:tcW w:w="2880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06CB501" w14:textId="77777777" w:rsidR="00B17F8B" w:rsidRDefault="00000000">
            <w:pPr>
              <w:spacing w:after="0"/>
            </w:pPr>
            <w:r>
              <w:rPr>
                <w:b/>
              </w:rPr>
              <w:t>SAM.gov Registration Expiration</w:t>
            </w:r>
          </w:p>
        </w:tc>
        <w:tc>
          <w:tcPr>
            <w:tcW w:w="763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568CC97" w14:textId="77777777" w:rsidR="00B17F8B" w:rsidRDefault="00000000">
            <w:pPr>
              <w:spacing w:after="0"/>
            </w:pPr>
            <w:r>
              <w:t>________________________</w:t>
            </w:r>
          </w:p>
        </w:tc>
      </w:tr>
      <w:tr w:rsidR="00B17F8B" w14:paraId="0D22AA2C" w14:textId="77777777">
        <w:trPr>
          <w:jc w:val="center"/>
        </w:trPr>
        <w:tc>
          <w:tcPr>
            <w:tcW w:w="2880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F52823B" w14:textId="77777777" w:rsidR="00B17F8B" w:rsidRDefault="00000000">
            <w:pPr>
              <w:spacing w:after="0"/>
            </w:pPr>
            <w:r>
              <w:rPr>
                <w:b/>
              </w:rPr>
              <w:t>Principal(s) Covered by Certification</w:t>
            </w:r>
          </w:p>
        </w:tc>
        <w:tc>
          <w:tcPr>
            <w:tcW w:w="763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B5B002E" w14:textId="77777777" w:rsidR="00B17F8B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</w:tbl>
    <w:p w14:paraId="05E71C13" w14:textId="77777777" w:rsidR="00B17F8B" w:rsidRDefault="00000000">
      <w:pPr>
        <w:pStyle w:val="Heading1"/>
      </w:pPr>
      <w:r>
        <w:t>Certification</w:t>
      </w:r>
    </w:p>
    <w:p w14:paraId="0E2CC053" w14:textId="77777777" w:rsidR="00B17F8B" w:rsidRDefault="00000000">
      <w:r>
        <w:t>The undersigned certifies, to the best of their knowledge and belief, that the vendor and its principals:</w:t>
      </w:r>
    </w:p>
    <w:p w14:paraId="65DAE533" w14:textId="77777777" w:rsidR="00B17F8B" w:rsidRDefault="00000000">
      <w:pPr>
        <w:ind w:left="504" w:hanging="288"/>
      </w:pPr>
      <w:r>
        <w:rPr>
          <w:b/>
        </w:rPr>
        <w:t xml:space="preserve">[ ] </w:t>
      </w:r>
      <w:r>
        <w:t>are not presently debarred, suspended, proposed for debarment, declared ineligible, or voluntarily excluded from covered transactions by any federal department or agency;</w:t>
      </w:r>
    </w:p>
    <w:p w14:paraId="1997C672" w14:textId="77777777" w:rsidR="00B17F8B" w:rsidRDefault="00000000">
      <w:pPr>
        <w:ind w:left="504" w:hanging="288"/>
      </w:pPr>
      <w:r>
        <w:rPr>
          <w:b/>
        </w:rPr>
        <w:t xml:space="preserve">[ ] </w:t>
      </w:r>
      <w:r>
        <w:t>are not identified as excluded in SAM.gov Exclusions;</w:t>
      </w:r>
    </w:p>
    <w:p w14:paraId="6EA4D2FC" w14:textId="77777777" w:rsidR="00B17F8B" w:rsidRDefault="00000000">
      <w:pPr>
        <w:ind w:left="504" w:hanging="288"/>
      </w:pPr>
      <w:r>
        <w:rPr>
          <w:b/>
        </w:rPr>
        <w:t xml:space="preserve">[ ] </w:t>
      </w:r>
      <w:r>
        <w:t>have not knowingly entered into, and will not knowingly enter into, any lower-tier covered transaction with a person or entity that is excluded or disqualified, except as authorized under applicable federal requirements;</w:t>
      </w:r>
    </w:p>
    <w:p w14:paraId="443F0A01" w14:textId="77777777" w:rsidR="00B17F8B" w:rsidRDefault="00000000">
      <w:pPr>
        <w:ind w:left="504" w:hanging="288"/>
      </w:pPr>
      <w:r>
        <w:rPr>
          <w:b/>
        </w:rPr>
        <w:t xml:space="preserve">[ ] </w:t>
      </w:r>
      <w:r>
        <w:t>will immediately notify the organization in writing if the vendor or any principal becomes excluded, suspended, proposed for debarment, declared ineligible, or otherwise disqualified before award or during contract performance.</w:t>
      </w:r>
    </w:p>
    <w:p w14:paraId="416F96F7" w14:textId="77777777" w:rsidR="00B17F8B" w:rsidRDefault="00000000">
      <w:pPr>
        <w:pStyle w:val="Heading1"/>
      </w:pPr>
      <w:r>
        <w:t>Exception Disclosure</w:t>
      </w:r>
    </w:p>
    <w:p w14:paraId="70FF49F5" w14:textId="77777777" w:rsidR="00B17F8B" w:rsidRDefault="00000000">
      <w:r>
        <w:rPr>
          <w:b/>
        </w:rPr>
        <w:t>Select one:</w:t>
      </w:r>
    </w:p>
    <w:p w14:paraId="0CC5401B" w14:textId="77777777" w:rsidR="00B17F8B" w:rsidRDefault="00000000">
      <w:r>
        <w:t>[ ] No exceptions or adverse information apply.</w:t>
      </w:r>
    </w:p>
    <w:p w14:paraId="06390848" w14:textId="77777777" w:rsidR="00B17F8B" w:rsidRDefault="00000000">
      <w:r>
        <w:lastRenderedPageBreak/>
        <w:t>[ ] An exception or adverse information applies and is explained below. Supporting documentation is attached.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632"/>
      </w:tblGrid>
      <w:tr w:rsidR="00B17F8B" w14:paraId="5DABD85B" w14:textId="77777777">
        <w:trPr>
          <w:jc w:val="center"/>
        </w:trPr>
        <w:tc>
          <w:tcPr>
            <w:tcW w:w="2880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4FF55AC" w14:textId="77777777" w:rsidR="00B17F8B" w:rsidRDefault="00000000">
            <w:pPr>
              <w:spacing w:after="0"/>
            </w:pPr>
            <w:r>
              <w:rPr>
                <w:b/>
              </w:rPr>
              <w:t>Explanation</w:t>
            </w:r>
          </w:p>
        </w:tc>
        <w:tc>
          <w:tcPr>
            <w:tcW w:w="763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2868511" w14:textId="77777777" w:rsidR="00B17F8B" w:rsidRDefault="00000000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  <w:tr w:rsidR="00B17F8B" w14:paraId="157658EA" w14:textId="77777777">
        <w:trPr>
          <w:jc w:val="center"/>
        </w:trPr>
        <w:tc>
          <w:tcPr>
            <w:tcW w:w="2880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4980C94" w14:textId="77777777" w:rsidR="00B17F8B" w:rsidRDefault="00000000">
            <w:pPr>
              <w:spacing w:after="0"/>
            </w:pPr>
            <w:r>
              <w:rPr>
                <w:b/>
              </w:rPr>
              <w:t>Agency / Case / Exclusion Reference</w:t>
            </w:r>
          </w:p>
        </w:tc>
        <w:tc>
          <w:tcPr>
            <w:tcW w:w="763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827445B" w14:textId="77777777" w:rsidR="00B17F8B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B17F8B" w14:paraId="7CB79642" w14:textId="77777777">
        <w:trPr>
          <w:jc w:val="center"/>
        </w:trPr>
        <w:tc>
          <w:tcPr>
            <w:tcW w:w="2880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83DB43D" w14:textId="77777777" w:rsidR="00B17F8B" w:rsidRDefault="00000000">
            <w:pPr>
              <w:spacing w:after="0"/>
            </w:pPr>
            <w:r>
              <w:rPr>
                <w:b/>
              </w:rPr>
              <w:t>Current Status</w:t>
            </w:r>
          </w:p>
        </w:tc>
        <w:tc>
          <w:tcPr>
            <w:tcW w:w="763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23880F1" w14:textId="77777777" w:rsidR="00B17F8B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</w:tbl>
    <w:p w14:paraId="2A0C53CB" w14:textId="77777777" w:rsidR="00B17F8B" w:rsidRDefault="00000000">
      <w:pPr>
        <w:pStyle w:val="Heading1"/>
      </w:pPr>
      <w:r>
        <w:t>Authorized Certification</w:t>
      </w:r>
    </w:p>
    <w:p w14:paraId="35F7694A" w14:textId="77777777" w:rsidR="00B17F8B" w:rsidRDefault="00000000">
      <w:pPr>
        <w:spacing w:after="160"/>
      </w:pPr>
      <w:r>
        <w:t>I certify that the statements made in this document are true, complete, and accurate to the best of my knowledge and that I am authorized to bind the vendor.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632"/>
      </w:tblGrid>
      <w:tr w:rsidR="00B17F8B" w14:paraId="275BC1AF" w14:textId="77777777">
        <w:trPr>
          <w:jc w:val="center"/>
        </w:trPr>
        <w:tc>
          <w:tcPr>
            <w:tcW w:w="2880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F8F0DDA" w14:textId="77777777" w:rsidR="00B17F8B" w:rsidRDefault="00000000">
            <w:pPr>
              <w:spacing w:after="0"/>
            </w:pPr>
            <w:r>
              <w:rPr>
                <w:b/>
              </w:rPr>
              <w:t>Vendor Legal Name</w:t>
            </w:r>
          </w:p>
        </w:tc>
        <w:tc>
          <w:tcPr>
            <w:tcW w:w="763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E135975" w14:textId="77777777" w:rsidR="00B17F8B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B17F8B" w14:paraId="46DFCC4D" w14:textId="77777777">
        <w:trPr>
          <w:jc w:val="center"/>
        </w:trPr>
        <w:tc>
          <w:tcPr>
            <w:tcW w:w="2880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6222ACC" w14:textId="77777777" w:rsidR="00B17F8B" w:rsidRDefault="00000000">
            <w:pPr>
              <w:spacing w:after="0"/>
            </w:pPr>
            <w:r>
              <w:rPr>
                <w:b/>
              </w:rPr>
              <w:t>Authorized Representative</w:t>
            </w:r>
          </w:p>
        </w:tc>
        <w:tc>
          <w:tcPr>
            <w:tcW w:w="763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7D08DE1" w14:textId="77777777" w:rsidR="00B17F8B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B17F8B" w14:paraId="42A70528" w14:textId="77777777">
        <w:trPr>
          <w:jc w:val="center"/>
        </w:trPr>
        <w:tc>
          <w:tcPr>
            <w:tcW w:w="2880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2AD7E77" w14:textId="77777777" w:rsidR="00B17F8B" w:rsidRDefault="00000000">
            <w:pPr>
              <w:spacing w:after="0"/>
            </w:pPr>
            <w:r>
              <w:rPr>
                <w:b/>
              </w:rPr>
              <w:t>Title</w:t>
            </w:r>
          </w:p>
        </w:tc>
        <w:tc>
          <w:tcPr>
            <w:tcW w:w="763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4D96290" w14:textId="77777777" w:rsidR="00B17F8B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B17F8B" w14:paraId="2A075441" w14:textId="77777777">
        <w:trPr>
          <w:jc w:val="center"/>
        </w:trPr>
        <w:tc>
          <w:tcPr>
            <w:tcW w:w="2880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C7D9704" w14:textId="77777777" w:rsidR="00B17F8B" w:rsidRDefault="00000000">
            <w:pPr>
              <w:spacing w:after="0"/>
            </w:pPr>
            <w:r>
              <w:rPr>
                <w:b/>
              </w:rPr>
              <w:t>Signature</w:t>
            </w:r>
          </w:p>
        </w:tc>
        <w:tc>
          <w:tcPr>
            <w:tcW w:w="763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91732DF" w14:textId="77777777" w:rsidR="00B17F8B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B17F8B" w14:paraId="79C77E06" w14:textId="77777777">
        <w:trPr>
          <w:jc w:val="center"/>
        </w:trPr>
        <w:tc>
          <w:tcPr>
            <w:tcW w:w="2880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63800C6" w14:textId="77777777" w:rsidR="00B17F8B" w:rsidRDefault="00000000">
            <w:pPr>
              <w:spacing w:after="0"/>
            </w:pPr>
            <w:r>
              <w:rPr>
                <w:b/>
              </w:rPr>
              <w:t>Date</w:t>
            </w:r>
          </w:p>
        </w:tc>
        <w:tc>
          <w:tcPr>
            <w:tcW w:w="763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D82B0DA" w14:textId="77777777" w:rsidR="00B17F8B" w:rsidRDefault="00000000">
            <w:pPr>
              <w:spacing w:after="0"/>
            </w:pPr>
            <w:r>
              <w:t>________________________</w:t>
            </w:r>
          </w:p>
        </w:tc>
      </w:tr>
      <w:tr w:rsidR="00B17F8B" w14:paraId="78B7E4EC" w14:textId="77777777">
        <w:trPr>
          <w:jc w:val="center"/>
        </w:trPr>
        <w:tc>
          <w:tcPr>
            <w:tcW w:w="2880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53A9C6B" w14:textId="77777777" w:rsidR="00B17F8B" w:rsidRDefault="00000000">
            <w:pPr>
              <w:spacing w:after="0"/>
            </w:pPr>
            <w:r>
              <w:rPr>
                <w:b/>
              </w:rPr>
              <w:t>Email / Telephone</w:t>
            </w:r>
          </w:p>
        </w:tc>
        <w:tc>
          <w:tcPr>
            <w:tcW w:w="7632" w:type="dxa"/>
            <w:tcBorders>
              <w:top w:val="single" w:sz="4" w:space="0" w:color="A9C4DA"/>
              <w:left w:val="single" w:sz="4" w:space="0" w:color="A9C4DA"/>
              <w:bottom w:val="single" w:sz="4" w:space="0" w:color="A9C4DA"/>
              <w:right w:val="single" w:sz="4" w:space="0" w:color="A9C4D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48FB8F8" w14:textId="77777777" w:rsidR="00B17F8B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</w:tbl>
    <w:p w14:paraId="41D621FA" w14:textId="77777777" w:rsidR="00B17F8B" w:rsidRDefault="00000000">
      <w:pPr>
        <w:spacing w:before="160" w:after="0"/>
      </w:pPr>
      <w:r>
        <w:rPr>
          <w:i/>
          <w:sz w:val="20"/>
        </w:rPr>
        <w:t>False statements or material omissions may result in rejection of the proposal, termination of an award, repayment obligations, suspension or debarment, and other remedies available under applicable law.</w:t>
      </w:r>
    </w:p>
    <w:sectPr w:rsidR="00B17F8B" w:rsidSect="00034616">
      <w:headerReference w:type="default" r:id="rId11"/>
      <w:footerReference w:type="default" r:id="rId12"/>
      <w:pgSz w:w="12240" w:h="15840"/>
      <w:pgMar w:top="936" w:right="1080" w:bottom="936" w:left="1080" w:header="36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37C38" w14:textId="77777777" w:rsidR="0044752F" w:rsidRDefault="0044752F">
      <w:pPr>
        <w:spacing w:after="0"/>
      </w:pPr>
      <w:r>
        <w:separator/>
      </w:r>
    </w:p>
  </w:endnote>
  <w:endnote w:type="continuationSeparator" w:id="0">
    <w:p w14:paraId="30E72143" w14:textId="77777777" w:rsidR="0044752F" w:rsidRDefault="004475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2DE86" w14:textId="124DABC0" w:rsidR="00B17F8B" w:rsidRDefault="00000000">
    <w:pPr>
      <w:pStyle w:val="Footer"/>
      <w:jc w:val="center"/>
    </w:pPr>
    <w:r>
      <w:rPr>
        <w:sz w:val="18"/>
      </w:rPr>
      <w:t xml:space="preserve">[Organization </w:t>
    </w:r>
    <w:proofErr w:type="gramStart"/>
    <w:r>
      <w:rPr>
        <w:sz w:val="18"/>
      </w:rPr>
      <w:t>Name]  |</w:t>
    </w:r>
    <w:proofErr w:type="gramEnd"/>
    <w:r>
      <w:rPr>
        <w:sz w:val="18"/>
      </w:rPr>
      <w:t xml:space="preserve">  Page </w:t>
    </w:r>
    <w:r>
      <w:rPr>
        <w:sz w:val="18"/>
      </w:rPr>
      <w:fldChar w:fldCharType="begin"/>
    </w:r>
    <w:r>
      <w:rPr>
        <w:sz w:val="18"/>
      </w:rPr>
      <w:instrText>PAGE</w:instrText>
    </w:r>
    <w:r w:rsidR="00AE34A1">
      <w:rPr>
        <w:sz w:val="18"/>
      </w:rPr>
      <w:fldChar w:fldCharType="separate"/>
    </w:r>
    <w:r w:rsidR="00AE34A1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93AFB" w14:textId="77777777" w:rsidR="0044752F" w:rsidRDefault="0044752F">
      <w:pPr>
        <w:spacing w:after="0"/>
      </w:pPr>
      <w:r>
        <w:separator/>
      </w:r>
    </w:p>
  </w:footnote>
  <w:footnote w:type="continuationSeparator" w:id="0">
    <w:p w14:paraId="7C376616" w14:textId="77777777" w:rsidR="0044752F" w:rsidRDefault="004475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A835" w14:textId="77777777" w:rsidR="00B17F8B" w:rsidRDefault="00000000">
    <w:pPr>
      <w:pStyle w:val="Header"/>
      <w:jc w:val="center"/>
    </w:pPr>
    <w:r>
      <w:rPr>
        <w:b/>
        <w:color w:val="1F4E78"/>
        <w:sz w:val="18"/>
      </w:rPr>
      <w:t>FEDERALLY FUNDED PROCUREMENT - VENDOR ATTACHMENT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5804350">
    <w:abstractNumId w:val="8"/>
  </w:num>
  <w:num w:numId="2" w16cid:durableId="1962295991">
    <w:abstractNumId w:val="6"/>
  </w:num>
  <w:num w:numId="3" w16cid:durableId="804393947">
    <w:abstractNumId w:val="5"/>
  </w:num>
  <w:num w:numId="4" w16cid:durableId="545488380">
    <w:abstractNumId w:val="4"/>
  </w:num>
  <w:num w:numId="5" w16cid:durableId="957567772">
    <w:abstractNumId w:val="7"/>
  </w:num>
  <w:num w:numId="6" w16cid:durableId="605305936">
    <w:abstractNumId w:val="3"/>
  </w:num>
  <w:num w:numId="7" w16cid:durableId="1136338239">
    <w:abstractNumId w:val="2"/>
  </w:num>
  <w:num w:numId="8" w16cid:durableId="2034071140">
    <w:abstractNumId w:val="1"/>
  </w:num>
  <w:num w:numId="9" w16cid:durableId="155380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752F"/>
    <w:rsid w:val="00794EA3"/>
    <w:rsid w:val="00AA1D8D"/>
    <w:rsid w:val="00AE34A1"/>
    <w:rsid w:val="00B17F8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9BD63325-6E9A-4BDE-81A2-49D0E63C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40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F4E7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75590CDBDB241AC0C03229F5498DA" ma:contentTypeVersion="14" ma:contentTypeDescription="Create a new document." ma:contentTypeScope="" ma:versionID="5b8420f77bdbc2675c648cc95c0f159f">
  <xsd:schema xmlns:xsd="http://www.w3.org/2001/XMLSchema" xmlns:xs="http://www.w3.org/2001/XMLSchema" xmlns:p="http://schemas.microsoft.com/office/2006/metadata/properties" xmlns:ns2="3d9ca16e-9570-47b3-a379-e7537bfb8936" xmlns:ns3="124606d7-49d7-400c-8cf5-f3b103e9f6a0" targetNamespace="http://schemas.microsoft.com/office/2006/metadata/properties" ma:root="true" ma:fieldsID="47f9ffce19efef7fbba75046e2589cdd" ns2:_="" ns3:_="">
    <xsd:import namespace="3d9ca16e-9570-47b3-a379-e7537bfb8936"/>
    <xsd:import namespace="124606d7-49d7-400c-8cf5-f3b103e9f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a16e-9570-47b3-a379-e7537bfb8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5ec8602-a028-4c41-b2f7-5169498f5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606d7-49d7-400c-8cf5-f3b103e9f6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88739f0-fb38-4951-b0ed-d4fa664de2d0}" ma:internalName="TaxCatchAll" ma:showField="CatchAllData" ma:web="124606d7-49d7-400c-8cf5-f3b103e9f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4606d7-49d7-400c-8cf5-f3b103e9f6a0" xsi:nil="true"/>
    <lcf76f155ced4ddcb4097134ff3c332f xmlns="3d9ca16e-9570-47b3-a379-e7537bfb893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19DCC7-1BE1-46AA-A4C6-6102BEAF3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9ca16e-9570-47b3-a379-e7537bfb8936"/>
    <ds:schemaRef ds:uri="124606d7-49d7-400c-8cf5-f3b103e9f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1EF1EB-433E-42A1-95B0-C568FBF1F3DE}">
  <ds:schemaRefs>
    <ds:schemaRef ds:uri="http://schemas.microsoft.com/office/2006/metadata/properties"/>
    <ds:schemaRef ds:uri="http://schemas.microsoft.com/office/infopath/2007/PartnerControls"/>
    <ds:schemaRef ds:uri="124606d7-49d7-400c-8cf5-f3b103e9f6a0"/>
    <ds:schemaRef ds:uri="3d9ca16e-9570-47b3-a379-e7537bfb8936"/>
  </ds:schemaRefs>
</ds:datastoreItem>
</file>

<file path=customXml/itemProps4.xml><?xml version="1.0" encoding="utf-8"?>
<ds:datastoreItem xmlns:ds="http://schemas.openxmlformats.org/officeDocument/2006/customXml" ds:itemID="{DD578693-5375-4BD1-BAC4-783E04FDD2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Whitney Gray</cp:lastModifiedBy>
  <cp:revision>2</cp:revision>
  <dcterms:created xsi:type="dcterms:W3CDTF">2013-12-23T23:15:00Z</dcterms:created>
  <dcterms:modified xsi:type="dcterms:W3CDTF">2026-07-21T14:25:00Z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0x01010020175590CDBDB241AC0C03229F5498DA</vt:lpwstr>
  </property>
  <property fmtid="{D5CDD505-2E9C-101B-9397-08002B2CF9AE}" pid="3" name="MediaServiceImageTags">
    <vt:lpwstr/>
  </property>
</Properties>
</file>