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57AE" w14:textId="77777777" w:rsidR="00BE30E1" w:rsidRDefault="00000000">
      <w:pPr>
        <w:pStyle w:val="Title"/>
        <w:jc w:val="center"/>
      </w:pPr>
      <w:r>
        <w:t>Vendor Conflict of Interest Disclosure</w:t>
      </w:r>
    </w:p>
    <w:p w14:paraId="22249384" w14:textId="77777777" w:rsidR="00BE30E1" w:rsidRDefault="00000000">
      <w:pPr>
        <w:spacing w:after="160"/>
        <w:jc w:val="center"/>
      </w:pPr>
      <w:r>
        <w:rPr>
          <w:i/>
          <w:sz w:val="22"/>
        </w:rPr>
        <w:t>To be completed and submitted by the responding vendor</w:t>
      </w:r>
    </w:p>
    <w:tbl>
      <w:tblPr>
        <w:tblW w:w="0" w:type="auto"/>
        <w:jc w:val="center"/>
        <w:tblLayout w:type="fixed"/>
        <w:tblLook w:val="04A0" w:firstRow="1" w:lastRow="0" w:firstColumn="1" w:lastColumn="0" w:noHBand="0" w:noVBand="1"/>
      </w:tblPr>
      <w:tblGrid>
        <w:gridCol w:w="1656"/>
        <w:gridCol w:w="3672"/>
        <w:gridCol w:w="1656"/>
        <w:gridCol w:w="3672"/>
      </w:tblGrid>
      <w:tr w:rsidR="00BE30E1" w14:paraId="34984582" w14:textId="77777777" w:rsidTr="00143040">
        <w:trPr>
          <w:trHeight w:val="414"/>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703BF89B" w14:textId="77777777" w:rsidR="00BE30E1" w:rsidRDefault="00000000">
            <w:pPr>
              <w:spacing w:after="0"/>
            </w:pPr>
            <w:r w:rsidRPr="00143040">
              <w:rPr>
                <w:b/>
                <w:sz w:val="22"/>
              </w:rPr>
              <w:t>Organization:</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7BD415A" w14:textId="77777777" w:rsidR="00BE30E1" w:rsidRDefault="00000000">
            <w:pPr>
              <w:spacing w:after="0"/>
            </w:pPr>
            <w:r>
              <w:rPr>
                <w:sz w:val="21"/>
              </w:rPr>
              <w:t>[Organization Name]</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4280FB07" w14:textId="77777777" w:rsidR="00BE30E1" w:rsidRDefault="00000000">
            <w:pPr>
              <w:spacing w:after="0"/>
            </w:pPr>
            <w:r w:rsidRPr="00143040">
              <w:rPr>
                <w:b/>
                <w:sz w:val="22"/>
                <w:szCs w:val="24"/>
              </w:rPr>
              <w:t>Solicitation No.:</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692B1382" w14:textId="77777777" w:rsidR="00BE30E1" w:rsidRDefault="00000000">
            <w:pPr>
              <w:spacing w:after="0"/>
            </w:pPr>
            <w:r>
              <w:rPr>
                <w:sz w:val="21"/>
              </w:rPr>
              <w:t>________________________</w:t>
            </w:r>
          </w:p>
        </w:tc>
      </w:tr>
      <w:tr w:rsidR="00BE30E1" w14:paraId="2150BAB3"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50AF598D" w14:textId="77777777" w:rsidR="00BE30E1" w:rsidRDefault="00000000">
            <w:pPr>
              <w:spacing w:after="0"/>
            </w:pPr>
            <w:r w:rsidRPr="00143040">
              <w:rPr>
                <w:b/>
                <w:sz w:val="22"/>
                <w:szCs w:val="24"/>
              </w:rPr>
              <w:t>Solicitation Title: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720B6171" w14:textId="77777777" w:rsidR="00BE30E1" w:rsidRDefault="00000000">
            <w:pPr>
              <w:spacing w:after="0"/>
            </w:pPr>
            <w:r>
              <w:rPr>
                <w:sz w:val="21"/>
              </w:rPr>
              <w:t>________________________</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39A6297B" w14:textId="77777777" w:rsidR="00BE30E1" w:rsidRDefault="00000000">
            <w:pPr>
              <w:spacing w:after="0"/>
            </w:pPr>
            <w:r w:rsidRPr="00143040">
              <w:rPr>
                <w:b/>
                <w:sz w:val="22"/>
                <w:szCs w:val="24"/>
              </w:rPr>
              <w:t>Proposal Due Date: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36923039" w14:textId="77777777" w:rsidR="00BE30E1" w:rsidRDefault="00000000">
            <w:pPr>
              <w:spacing w:after="0"/>
            </w:pPr>
            <w:r>
              <w:rPr>
                <w:sz w:val="21"/>
              </w:rPr>
              <w:t>________________________</w:t>
            </w:r>
          </w:p>
        </w:tc>
      </w:tr>
    </w:tbl>
    <w:p w14:paraId="31171D26" w14:textId="77777777" w:rsidR="00BE30E1" w:rsidRDefault="00BE30E1">
      <w:pPr>
        <w:spacing w:after="0"/>
      </w:pPr>
    </w:p>
    <w:p w14:paraId="5EC61684" w14:textId="77777777" w:rsidR="00BE30E1" w:rsidRDefault="00000000">
      <w:pPr>
        <w:spacing w:before="80" w:after="160"/>
      </w:pPr>
      <w:r>
        <w:rPr>
          <w:b/>
          <w:color w:val="1F4E78"/>
        </w:rPr>
        <w:t xml:space="preserve">Regulatory basis: </w:t>
      </w:r>
      <w:r>
        <w:t>2 CFR 200.112; 2 CFR 200.318(c). This form also collects relationships involving community partners as an organizational risk-management measure, even where those relationships may extend beyond the minimum federal definition.</w:t>
      </w:r>
    </w:p>
    <w:tbl>
      <w:tblPr>
        <w:tblW w:w="0" w:type="auto"/>
        <w:jc w:val="center"/>
        <w:tblLook w:val="04A0" w:firstRow="1" w:lastRow="0" w:firstColumn="1" w:lastColumn="0" w:noHBand="0" w:noVBand="1"/>
      </w:tblPr>
      <w:tblGrid>
        <w:gridCol w:w="10080"/>
      </w:tblGrid>
      <w:tr w:rsidR="00BE30E1" w14:paraId="029F600C" w14:textId="77777777">
        <w:trPr>
          <w:jc w:val="center"/>
        </w:trPr>
        <w:tc>
          <w:tcPr>
            <w:tcW w:w="10080" w:type="dxa"/>
            <w:tcBorders>
              <w:top w:val="single" w:sz="8" w:space="0" w:color="1F4E78"/>
              <w:left w:val="single" w:sz="8" w:space="0" w:color="1F4E78"/>
              <w:bottom w:val="single" w:sz="8" w:space="0" w:color="1F4E78"/>
              <w:right w:val="single" w:sz="8" w:space="0" w:color="1F4E78"/>
            </w:tcBorders>
            <w:shd w:val="clear" w:color="auto" w:fill="EEF5FA"/>
            <w:tcMar>
              <w:top w:w="120" w:type="dxa"/>
              <w:left w:w="140" w:type="dxa"/>
              <w:bottom w:w="120" w:type="dxa"/>
              <w:right w:w="140" w:type="dxa"/>
            </w:tcMar>
          </w:tcPr>
          <w:p w14:paraId="705AAC61" w14:textId="77777777" w:rsidR="00BE30E1" w:rsidRDefault="00000000">
            <w:pPr>
              <w:spacing w:after="60"/>
            </w:pPr>
            <w:r>
              <w:rPr>
                <w:b/>
                <w:color w:val="1F4E78"/>
              </w:rPr>
              <w:t>Purpose</w:t>
            </w:r>
          </w:p>
          <w:p w14:paraId="6193EAB1" w14:textId="77777777" w:rsidR="00BE30E1" w:rsidRDefault="00000000">
            <w:pPr>
              <w:spacing w:after="0"/>
            </w:pPr>
            <w:r>
              <w:t>Federal procurement standards prohibit employees, officers, agents, or board members with real or apparent conflicts of interest from participating in the selection, award, or administration of a federally supported contract. The responding vendor must disclose actual, potential, or apparent conflicts so the organization can evaluate and document appropriate safeguards.</w:t>
            </w:r>
          </w:p>
        </w:tc>
      </w:tr>
    </w:tbl>
    <w:p w14:paraId="3734545F" w14:textId="77777777" w:rsidR="00BE30E1" w:rsidRDefault="00000000">
      <w:pPr>
        <w:pStyle w:val="Heading1"/>
      </w:pPr>
      <w:r>
        <w:t>Vendor Information</w:t>
      </w:r>
    </w:p>
    <w:tbl>
      <w:tblPr>
        <w:tblW w:w="0" w:type="auto"/>
        <w:jc w:val="center"/>
        <w:tblLayout w:type="fixed"/>
        <w:tblLook w:val="04A0" w:firstRow="1" w:lastRow="0" w:firstColumn="1" w:lastColumn="0" w:noHBand="0" w:noVBand="1"/>
      </w:tblPr>
      <w:tblGrid>
        <w:gridCol w:w="2880"/>
        <w:gridCol w:w="7632"/>
      </w:tblGrid>
      <w:tr w:rsidR="00BE30E1" w14:paraId="654AD420"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6D959A33" w14:textId="77777777" w:rsidR="00BE30E1" w:rsidRDefault="00000000">
            <w:pPr>
              <w:spacing w:after="0"/>
            </w:pPr>
            <w:r>
              <w:rPr>
                <w:b/>
              </w:rPr>
              <w:t>Vendor Legal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F4997A2" w14:textId="77777777" w:rsidR="00BE30E1" w:rsidRDefault="00000000">
            <w:pPr>
              <w:spacing w:after="0"/>
            </w:pPr>
            <w:r>
              <w:t>____________________________________________________________</w:t>
            </w:r>
          </w:p>
        </w:tc>
      </w:tr>
      <w:tr w:rsidR="00BE30E1" w14:paraId="56C402FF"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02B8CB43" w14:textId="77777777" w:rsidR="00BE30E1" w:rsidRDefault="00000000">
            <w:pPr>
              <w:spacing w:after="0"/>
            </w:pPr>
            <w:r>
              <w:rPr>
                <w:b/>
              </w:rPr>
              <w:t>DBA / Trade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065A7195" w14:textId="77777777" w:rsidR="00BE30E1" w:rsidRDefault="00000000">
            <w:pPr>
              <w:spacing w:after="0"/>
            </w:pPr>
            <w:r>
              <w:t>____________________________________________________________</w:t>
            </w:r>
          </w:p>
        </w:tc>
      </w:tr>
      <w:tr w:rsidR="00BE30E1" w14:paraId="2175363A"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38B3E55E" w14:textId="77777777" w:rsidR="00BE30E1" w:rsidRDefault="00000000">
            <w:pPr>
              <w:spacing w:after="0"/>
            </w:pPr>
            <w:r>
              <w:rPr>
                <w:b/>
              </w:rPr>
              <w:t>UEI (if applicable)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6873118D" w14:textId="77777777" w:rsidR="00BE30E1" w:rsidRDefault="00000000">
            <w:pPr>
              <w:spacing w:after="0"/>
            </w:pPr>
            <w:r>
              <w:t>____________________________________________________________</w:t>
            </w:r>
          </w:p>
        </w:tc>
      </w:tr>
      <w:tr w:rsidR="00BE30E1" w14:paraId="394ABA3C"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8AE070B" w14:textId="77777777" w:rsidR="00BE30E1" w:rsidRDefault="00000000">
            <w:pPr>
              <w:spacing w:after="0"/>
            </w:pPr>
            <w:r>
              <w:rPr>
                <w:b/>
              </w:rPr>
              <w:t>Primary Contact</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750FEC6" w14:textId="77777777" w:rsidR="00BE30E1" w:rsidRDefault="00000000">
            <w:pPr>
              <w:spacing w:after="0"/>
            </w:pPr>
            <w:r>
              <w:t>____________________________________________________________</w:t>
            </w:r>
          </w:p>
        </w:tc>
      </w:tr>
    </w:tbl>
    <w:p w14:paraId="02D77481" w14:textId="77777777" w:rsidR="00BE30E1" w:rsidRDefault="00000000">
      <w:pPr>
        <w:pStyle w:val="Heading1"/>
      </w:pPr>
      <w:r>
        <w:t>Disclosure</w:t>
      </w:r>
    </w:p>
    <w:p w14:paraId="1E9D3123" w14:textId="77777777" w:rsidR="00BE30E1" w:rsidRDefault="00000000">
      <w:r>
        <w:rPr>
          <w:b/>
        </w:rPr>
        <w:t>Select one:</w:t>
      </w:r>
    </w:p>
    <w:p w14:paraId="0F72CF02" w14:textId="77777777" w:rsidR="00BE30E1" w:rsidRDefault="00000000">
      <w:pPr>
        <w:ind w:left="288" w:hanging="288"/>
      </w:pPr>
      <w:r>
        <w:t>[ ] NO CONFLICT IDENTIFIED. The vendor has no known financial, family, employment, ownership, business, personal, gift, gratuity, or other relationship that could create an actual, potential, or apparent conflict involving the organization or its officers, employees, agents, board members, or community partners.</w:t>
      </w:r>
    </w:p>
    <w:p w14:paraId="427C2830" w14:textId="77777777" w:rsidR="00BE30E1" w:rsidRDefault="00000000">
      <w:pPr>
        <w:ind w:left="288" w:hanging="288"/>
      </w:pPr>
      <w:r>
        <w:t>[ ] CONFLICT OR RELATIONSHIP DISCLOSED. The vendor identifies one or more relationships or circumstances below for review.</w:t>
      </w:r>
    </w:p>
    <w:p w14:paraId="301E9693" w14:textId="77777777" w:rsidR="00BE30E1" w:rsidRDefault="00000000">
      <w:pPr>
        <w:pStyle w:val="Heading1"/>
      </w:pPr>
      <w:r>
        <w:t>Details of Disclosed Relationship(s)</w:t>
      </w:r>
    </w:p>
    <w:tbl>
      <w:tblPr>
        <w:tblW w:w="0" w:type="auto"/>
        <w:jc w:val="center"/>
        <w:tblLayout w:type="fixed"/>
        <w:tblLook w:val="04A0" w:firstRow="1" w:lastRow="0" w:firstColumn="1" w:lastColumn="0" w:noHBand="0" w:noVBand="1"/>
      </w:tblPr>
      <w:tblGrid>
        <w:gridCol w:w="5040"/>
        <w:gridCol w:w="6480"/>
      </w:tblGrid>
      <w:tr w:rsidR="00BE30E1" w14:paraId="72785CE8" w14:textId="77777777">
        <w:trPr>
          <w:tblHeader/>
          <w:jc w:val="center"/>
        </w:trPr>
        <w:tc>
          <w:tcPr>
            <w:tcW w:w="5040" w:type="dxa"/>
            <w:shd w:val="clear" w:color="auto" w:fill="1F4E78"/>
          </w:tcPr>
          <w:p w14:paraId="208356C7" w14:textId="77777777" w:rsidR="00BE30E1" w:rsidRDefault="00000000">
            <w:r>
              <w:rPr>
                <w:b/>
                <w:color w:val="FFFFFF"/>
              </w:rPr>
              <w:t>Required Information</w:t>
            </w:r>
          </w:p>
        </w:tc>
        <w:tc>
          <w:tcPr>
            <w:tcW w:w="5040" w:type="dxa"/>
            <w:shd w:val="clear" w:color="auto" w:fill="1F4E78"/>
          </w:tcPr>
          <w:p w14:paraId="69A4CDCF" w14:textId="77777777" w:rsidR="00BE30E1" w:rsidRDefault="00000000">
            <w:r>
              <w:rPr>
                <w:b/>
                <w:color w:val="FFFFFF"/>
              </w:rPr>
              <w:t>Vendor Response</w:t>
            </w:r>
          </w:p>
        </w:tc>
      </w:tr>
      <w:tr w:rsidR="00BE30E1" w14:paraId="75F000D8" w14:textId="77777777">
        <w:trPr>
          <w:jc w:val="center"/>
        </w:trPr>
        <w:tc>
          <w:tcPr>
            <w:tcW w:w="403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0E9120E7" w14:textId="77777777" w:rsidR="00BE30E1" w:rsidRDefault="00000000">
            <w:r>
              <w:t>Name and title/role of individual or entity connected to the organization</w:t>
            </w:r>
          </w:p>
        </w:tc>
        <w:tc>
          <w:tcPr>
            <w:tcW w:w="6480"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70A7F1B1" w14:textId="77777777" w:rsidR="00BE30E1" w:rsidRDefault="00000000">
            <w:r>
              <w:br/>
            </w:r>
            <w:r>
              <w:br/>
            </w:r>
          </w:p>
        </w:tc>
      </w:tr>
      <w:tr w:rsidR="00BE30E1" w14:paraId="79C31648" w14:textId="77777777">
        <w:trPr>
          <w:jc w:val="center"/>
        </w:trPr>
        <w:tc>
          <w:tcPr>
            <w:tcW w:w="403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135D4DE4" w14:textId="77777777" w:rsidR="00BE30E1" w:rsidRDefault="00000000">
            <w:r>
              <w:t>Nature of relationship or interest</w:t>
            </w:r>
          </w:p>
        </w:tc>
        <w:tc>
          <w:tcPr>
            <w:tcW w:w="6480"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7D81DB32" w14:textId="77777777" w:rsidR="00BE30E1" w:rsidRDefault="00000000">
            <w:r>
              <w:br/>
            </w:r>
            <w:r>
              <w:br/>
            </w:r>
          </w:p>
        </w:tc>
      </w:tr>
      <w:tr w:rsidR="00BE30E1" w14:paraId="6AF0EA37" w14:textId="77777777">
        <w:trPr>
          <w:jc w:val="center"/>
        </w:trPr>
        <w:tc>
          <w:tcPr>
            <w:tcW w:w="403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C3AB194" w14:textId="77777777" w:rsidR="00BE30E1" w:rsidRDefault="00000000">
            <w:r>
              <w:lastRenderedPageBreak/>
              <w:t>Relevant dates and duration</w:t>
            </w:r>
          </w:p>
        </w:tc>
        <w:tc>
          <w:tcPr>
            <w:tcW w:w="6480"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02BB6A7D" w14:textId="77777777" w:rsidR="00BE30E1" w:rsidRDefault="00000000">
            <w:r>
              <w:br/>
            </w:r>
            <w:r>
              <w:br/>
            </w:r>
          </w:p>
        </w:tc>
      </w:tr>
      <w:tr w:rsidR="00BE30E1" w14:paraId="3616DE49" w14:textId="77777777">
        <w:trPr>
          <w:jc w:val="center"/>
        </w:trPr>
        <w:tc>
          <w:tcPr>
            <w:tcW w:w="403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375631A6" w14:textId="77777777" w:rsidR="00BE30E1" w:rsidRDefault="00000000">
            <w:r>
              <w:t>Financial interest, tangible personal benefit, gift, gratuity, employment, ownership, or other benefit involved</w:t>
            </w:r>
          </w:p>
        </w:tc>
        <w:tc>
          <w:tcPr>
            <w:tcW w:w="6480"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00BB8CD8" w14:textId="77777777" w:rsidR="00BE30E1" w:rsidRDefault="00000000">
            <w:r>
              <w:br/>
            </w:r>
            <w:r>
              <w:br/>
            </w:r>
          </w:p>
        </w:tc>
      </w:tr>
      <w:tr w:rsidR="00BE30E1" w14:paraId="1565432A" w14:textId="77777777">
        <w:trPr>
          <w:jc w:val="center"/>
        </w:trPr>
        <w:tc>
          <w:tcPr>
            <w:tcW w:w="403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265A699E" w14:textId="77777777" w:rsidR="00BE30E1" w:rsidRDefault="00000000">
            <w:r>
              <w:t>Potential effect on impartiality or the procurement</w:t>
            </w:r>
          </w:p>
        </w:tc>
        <w:tc>
          <w:tcPr>
            <w:tcW w:w="6480"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7592A232" w14:textId="77777777" w:rsidR="00BE30E1" w:rsidRDefault="00000000">
            <w:r>
              <w:br/>
            </w:r>
            <w:r>
              <w:br/>
            </w:r>
          </w:p>
        </w:tc>
      </w:tr>
      <w:tr w:rsidR="00BE30E1" w14:paraId="064EBC0F" w14:textId="77777777">
        <w:trPr>
          <w:jc w:val="center"/>
        </w:trPr>
        <w:tc>
          <w:tcPr>
            <w:tcW w:w="403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68CE646B" w14:textId="77777777" w:rsidR="00BE30E1" w:rsidRDefault="00000000">
            <w:r>
              <w:t>Proposed mitigation or safeguards</w:t>
            </w:r>
          </w:p>
        </w:tc>
        <w:tc>
          <w:tcPr>
            <w:tcW w:w="6480"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50EF459F" w14:textId="77777777" w:rsidR="00BE30E1" w:rsidRDefault="00000000">
            <w:r>
              <w:br/>
            </w:r>
            <w:r>
              <w:br/>
            </w:r>
          </w:p>
        </w:tc>
      </w:tr>
    </w:tbl>
    <w:p w14:paraId="15913004" w14:textId="77777777" w:rsidR="00BE30E1" w:rsidRDefault="00000000">
      <w:pPr>
        <w:pStyle w:val="Heading1"/>
      </w:pPr>
      <w:r>
        <w:t>Authorized Certification</w:t>
      </w:r>
    </w:p>
    <w:p w14:paraId="7DEBD580" w14:textId="77777777" w:rsidR="00BE30E1" w:rsidRDefault="00000000">
      <w:pPr>
        <w:spacing w:after="160"/>
      </w:pPr>
      <w:r>
        <w:t>I certify that I have conducted reasonable inquiry and disclosed all known actual, potential, or apparent conflicts and relevant relationships. I agree to promptly provide an updated written disclosure if circumstances change during the solicitation, contract award, or contract performance period.</w:t>
      </w:r>
    </w:p>
    <w:tbl>
      <w:tblPr>
        <w:tblW w:w="0" w:type="auto"/>
        <w:jc w:val="center"/>
        <w:tblLayout w:type="fixed"/>
        <w:tblLook w:val="04A0" w:firstRow="1" w:lastRow="0" w:firstColumn="1" w:lastColumn="0" w:noHBand="0" w:noVBand="1"/>
      </w:tblPr>
      <w:tblGrid>
        <w:gridCol w:w="2880"/>
        <w:gridCol w:w="7632"/>
      </w:tblGrid>
      <w:tr w:rsidR="00BE30E1" w14:paraId="11585E80"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5B6A9DB6" w14:textId="77777777" w:rsidR="00BE30E1" w:rsidRDefault="00000000">
            <w:pPr>
              <w:spacing w:after="0"/>
            </w:pPr>
            <w:r>
              <w:rPr>
                <w:b/>
              </w:rPr>
              <w:t>Vendor Legal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24314608" w14:textId="77777777" w:rsidR="00BE30E1" w:rsidRDefault="00000000">
            <w:pPr>
              <w:spacing w:after="0"/>
            </w:pPr>
            <w:r>
              <w:t>____________________________________________________________</w:t>
            </w:r>
          </w:p>
        </w:tc>
      </w:tr>
      <w:tr w:rsidR="00BE30E1" w14:paraId="10D7BCE4"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062E13D1" w14:textId="77777777" w:rsidR="00BE30E1" w:rsidRDefault="00000000">
            <w:pPr>
              <w:spacing w:after="0"/>
            </w:pPr>
            <w:r>
              <w:rPr>
                <w:b/>
              </w:rPr>
              <w:t>Authorized Representative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0BAFF0F" w14:textId="77777777" w:rsidR="00BE30E1" w:rsidRDefault="00000000">
            <w:pPr>
              <w:spacing w:after="0"/>
            </w:pPr>
            <w:r>
              <w:t>____________________________________________________________</w:t>
            </w:r>
          </w:p>
        </w:tc>
      </w:tr>
      <w:tr w:rsidR="00BE30E1" w14:paraId="78DE3AAA"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3F763385" w14:textId="77777777" w:rsidR="00BE30E1" w:rsidRDefault="00000000">
            <w:pPr>
              <w:spacing w:after="0"/>
            </w:pPr>
            <w:r>
              <w:rPr>
                <w:b/>
              </w:rPr>
              <w:t>Title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4A3541A" w14:textId="77777777" w:rsidR="00BE30E1" w:rsidRDefault="00000000">
            <w:pPr>
              <w:spacing w:after="0"/>
            </w:pPr>
            <w:r>
              <w:t>____________________________________________________________</w:t>
            </w:r>
          </w:p>
        </w:tc>
      </w:tr>
      <w:tr w:rsidR="00BE30E1" w14:paraId="3CFB6C95"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007D8811" w14:textId="77777777" w:rsidR="00BE30E1" w:rsidRDefault="00000000">
            <w:pPr>
              <w:spacing w:after="0"/>
            </w:pPr>
            <w:r>
              <w:rPr>
                <w:b/>
              </w:rPr>
              <w:t>Signature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6AD9B4D6" w14:textId="77777777" w:rsidR="00BE30E1" w:rsidRDefault="00000000">
            <w:pPr>
              <w:spacing w:after="0"/>
            </w:pPr>
            <w:r>
              <w:t>____________________________________________________________</w:t>
            </w:r>
          </w:p>
        </w:tc>
      </w:tr>
      <w:tr w:rsidR="00BE30E1" w14:paraId="43CA2325"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481524B" w14:textId="77777777" w:rsidR="00BE30E1" w:rsidRDefault="00000000">
            <w:pPr>
              <w:spacing w:after="0"/>
            </w:pPr>
            <w:r>
              <w:rPr>
                <w:b/>
              </w:rPr>
              <w:t>Date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403EC9A2" w14:textId="77777777" w:rsidR="00BE30E1" w:rsidRDefault="00000000">
            <w:pPr>
              <w:spacing w:after="0"/>
            </w:pPr>
            <w:r>
              <w:t>________________________</w:t>
            </w:r>
          </w:p>
        </w:tc>
      </w:tr>
      <w:tr w:rsidR="00BE30E1" w14:paraId="0352992B"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3CB30D5F" w14:textId="77777777" w:rsidR="00BE30E1" w:rsidRDefault="00000000">
            <w:pPr>
              <w:spacing w:after="0"/>
            </w:pPr>
            <w:r>
              <w:rPr>
                <w:b/>
              </w:rPr>
              <w:t>Email / Telephone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C14C191" w14:textId="77777777" w:rsidR="00BE30E1" w:rsidRDefault="00000000">
            <w:pPr>
              <w:spacing w:after="0"/>
            </w:pPr>
            <w:r>
              <w:t>____________________________________________________________</w:t>
            </w:r>
          </w:p>
        </w:tc>
      </w:tr>
    </w:tbl>
    <w:p w14:paraId="12CAB0A9" w14:textId="77777777" w:rsidR="00BE30E1" w:rsidRDefault="00000000">
      <w:pPr>
        <w:spacing w:before="160" w:after="0"/>
      </w:pPr>
      <w:r>
        <w:rPr>
          <w:i/>
          <w:sz w:val="20"/>
        </w:rPr>
        <w:t>False statements or material omissions may result in rejection of the proposal, termination of an award, repayment obligations, suspension or debarment, and other remedies available under applicable law.</w:t>
      </w:r>
    </w:p>
    <w:sectPr w:rsidR="00BE30E1" w:rsidSect="00034616">
      <w:headerReference w:type="default" r:id="rId11"/>
      <w:footerReference w:type="default" r:id="rId12"/>
      <w:pgSz w:w="12240" w:h="15840"/>
      <w:pgMar w:top="936" w:right="1080" w:bottom="936"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81E55" w14:textId="77777777" w:rsidR="00606775" w:rsidRDefault="00606775">
      <w:pPr>
        <w:spacing w:after="0"/>
      </w:pPr>
      <w:r>
        <w:separator/>
      </w:r>
    </w:p>
  </w:endnote>
  <w:endnote w:type="continuationSeparator" w:id="0">
    <w:p w14:paraId="15251BA0" w14:textId="77777777" w:rsidR="00606775" w:rsidRDefault="006067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1342" w14:textId="1236597C" w:rsidR="00BE30E1" w:rsidRDefault="00000000">
    <w:pPr>
      <w:pStyle w:val="Footer"/>
      <w:jc w:val="center"/>
    </w:pPr>
    <w:r>
      <w:rPr>
        <w:sz w:val="18"/>
      </w:rPr>
      <w:t xml:space="preserve">[Organization </w:t>
    </w:r>
    <w:proofErr w:type="gramStart"/>
    <w:r>
      <w:rPr>
        <w:sz w:val="18"/>
      </w:rPr>
      <w:t>Name]  |</w:t>
    </w:r>
    <w:proofErr w:type="gramEnd"/>
    <w:r>
      <w:rPr>
        <w:sz w:val="18"/>
      </w:rPr>
      <w:t xml:space="preserve">  Page </w:t>
    </w:r>
    <w:r>
      <w:rPr>
        <w:sz w:val="18"/>
      </w:rPr>
      <w:fldChar w:fldCharType="begin"/>
    </w:r>
    <w:r>
      <w:rPr>
        <w:sz w:val="18"/>
      </w:rPr>
      <w:instrText>PAGE</w:instrText>
    </w:r>
    <w:r w:rsidR="00143040">
      <w:rPr>
        <w:sz w:val="18"/>
      </w:rPr>
      <w:fldChar w:fldCharType="separate"/>
    </w:r>
    <w:r w:rsidR="00143040">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1B851" w14:textId="77777777" w:rsidR="00606775" w:rsidRDefault="00606775">
      <w:pPr>
        <w:spacing w:after="0"/>
      </w:pPr>
      <w:r>
        <w:separator/>
      </w:r>
    </w:p>
  </w:footnote>
  <w:footnote w:type="continuationSeparator" w:id="0">
    <w:p w14:paraId="76D353DA" w14:textId="77777777" w:rsidR="00606775" w:rsidRDefault="006067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89D0" w14:textId="77777777" w:rsidR="00BE30E1" w:rsidRDefault="00000000">
    <w:pPr>
      <w:pStyle w:val="Header"/>
      <w:jc w:val="center"/>
    </w:pPr>
    <w:r>
      <w:rPr>
        <w:b/>
        <w:color w:val="1F4E78"/>
        <w:sz w:val="18"/>
      </w:rPr>
      <w:t>FEDERALLY FUNDED PROCUREMENT - VENDOR 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02283908">
    <w:abstractNumId w:val="8"/>
  </w:num>
  <w:num w:numId="2" w16cid:durableId="1308509149">
    <w:abstractNumId w:val="6"/>
  </w:num>
  <w:num w:numId="3" w16cid:durableId="536548210">
    <w:abstractNumId w:val="5"/>
  </w:num>
  <w:num w:numId="4" w16cid:durableId="1442267036">
    <w:abstractNumId w:val="4"/>
  </w:num>
  <w:num w:numId="5" w16cid:durableId="204762040">
    <w:abstractNumId w:val="7"/>
  </w:num>
  <w:num w:numId="6" w16cid:durableId="1810435204">
    <w:abstractNumId w:val="3"/>
  </w:num>
  <w:num w:numId="7" w16cid:durableId="380056816">
    <w:abstractNumId w:val="2"/>
  </w:num>
  <w:num w:numId="8" w16cid:durableId="154804748">
    <w:abstractNumId w:val="1"/>
  </w:num>
  <w:num w:numId="9" w16cid:durableId="201629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3040"/>
    <w:rsid w:val="0015074B"/>
    <w:rsid w:val="0029639D"/>
    <w:rsid w:val="00326F90"/>
    <w:rsid w:val="00606775"/>
    <w:rsid w:val="00794EA3"/>
    <w:rsid w:val="00AA1D8D"/>
    <w:rsid w:val="00B47730"/>
    <w:rsid w:val="00BE30E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BD63325-6E9A-4BDE-81A2-49D0E63C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F4E78"/>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0175590CDBDB241AC0C03229F5498DA" ma:contentTypeVersion="14" ma:contentTypeDescription="Create a new document." ma:contentTypeScope="" ma:versionID="5b8420f77bdbc2675c648cc95c0f159f">
  <xsd:schema xmlns:xsd="http://www.w3.org/2001/XMLSchema" xmlns:xs="http://www.w3.org/2001/XMLSchema" xmlns:p="http://schemas.microsoft.com/office/2006/metadata/properties" xmlns:ns2="3d9ca16e-9570-47b3-a379-e7537bfb8936" xmlns:ns3="124606d7-49d7-400c-8cf5-f3b103e9f6a0" targetNamespace="http://schemas.microsoft.com/office/2006/metadata/properties" ma:root="true" ma:fieldsID="47f9ffce19efef7fbba75046e2589cdd" ns2:_="" ns3:_="">
    <xsd:import namespace="3d9ca16e-9570-47b3-a379-e7537bfb8936"/>
    <xsd:import namespace="124606d7-49d7-400c-8cf5-f3b103e9f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ca16e-9570-47b3-a379-e7537bfb8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ec8602-a028-4c41-b2f7-5169498f54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606d7-49d7-400c-8cf5-f3b103e9f6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8739f0-fb38-4951-b0ed-d4fa664de2d0}" ma:internalName="TaxCatchAll" ma:showField="CatchAllData" ma:web="124606d7-49d7-400c-8cf5-f3b103e9f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24606d7-49d7-400c-8cf5-f3b103e9f6a0" xsi:nil="true"/>
    <lcf76f155ced4ddcb4097134ff3c332f xmlns="3d9ca16e-9570-47b3-a379-e7537bfb89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FA63C7-B1DB-46C9-9025-FF17B2D1CFB6}">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FEEA1858-D88C-49AE-9054-C0E376979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ca16e-9570-47b3-a379-e7537bfb8936"/>
    <ds:schemaRef ds:uri="124606d7-49d7-400c-8cf5-f3b103e9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C8015-8D54-4072-AE8C-F97F463183FA}">
  <ds:schemaRefs>
    <ds:schemaRef ds:uri="http://schemas.microsoft.com/office/2006/metadata/properties"/>
    <ds:schemaRef ds:uri="http://schemas.microsoft.com/office/infopath/2007/PartnerControls"/>
    <ds:schemaRef ds:uri="124606d7-49d7-400c-8cf5-f3b103e9f6a0"/>
    <ds:schemaRef ds:uri="3d9ca16e-9570-47b3-a379-e7537bfb89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Whitney Gray</cp:lastModifiedBy>
  <cp:revision>2</cp:revision>
  <dcterms:created xsi:type="dcterms:W3CDTF">2013-12-23T23:15:00Z</dcterms:created>
  <dcterms:modified xsi:type="dcterms:W3CDTF">2026-07-21T14:24:00Z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0x01010020175590CDBDB241AC0C03229F5498DA</vt:lpwstr>
  </property>
  <property fmtid="{D5CDD505-2E9C-101B-9397-08002B2CF9AE}" pid="3" name="MediaServiceImageTags">
    <vt:lpwstr/>
  </property>
</Properties>
</file>